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2520" w:rsidRPr="001A6260" w:rsidRDefault="00202520" w:rsidP="00202520">
      <w:pPr>
        <w:tabs>
          <w:tab w:val="left" w:pos="7371"/>
        </w:tabs>
        <w:spacing w:after="0" w:line="240" w:lineRule="auto"/>
        <w:ind w:right="1841" w:firstLine="5670"/>
        <w:jc w:val="both"/>
        <w:rPr>
          <w:rFonts w:eastAsia="Calibri" w:cs="Times New Roman"/>
          <w:szCs w:val="24"/>
          <w:lang w:val="lt-LT" w:eastAsia="lt-LT"/>
        </w:rPr>
      </w:pPr>
      <w:bookmarkStart w:id="0" w:name="X5b0ade501ed4412f94ef5d26dde4e614"/>
      <w:r w:rsidRPr="001A6260">
        <w:rPr>
          <w:rFonts w:eastAsia="Calibri" w:cs="Times New Roman"/>
          <w:szCs w:val="24"/>
          <w:lang w:val="lt-LT" w:eastAsia="lt-LT"/>
        </w:rPr>
        <w:t>PATVIRTINTA</w:t>
      </w:r>
      <w:bookmarkEnd w:id="0"/>
    </w:p>
    <w:p w:rsidR="00202520" w:rsidRPr="001A6260" w:rsidRDefault="00202520" w:rsidP="00202520">
      <w:pPr>
        <w:tabs>
          <w:tab w:val="left" w:pos="7371"/>
          <w:tab w:val="left" w:pos="8931"/>
        </w:tabs>
        <w:spacing w:after="0" w:line="240" w:lineRule="auto"/>
        <w:ind w:right="282" w:firstLine="5670"/>
        <w:jc w:val="both"/>
        <w:rPr>
          <w:rFonts w:eastAsia="Calibri" w:cs="Times New Roman"/>
          <w:szCs w:val="24"/>
          <w:lang w:val="lt-LT" w:eastAsia="lt-LT"/>
        </w:rPr>
      </w:pPr>
      <w:r w:rsidRPr="001A6260">
        <w:rPr>
          <w:rFonts w:eastAsia="Calibri" w:cs="Times New Roman"/>
          <w:szCs w:val="24"/>
          <w:lang w:val="lt-LT" w:eastAsia="lt-LT"/>
        </w:rPr>
        <w:t xml:space="preserve">Druskininkų „Saulės“ pagrindinės mokyklos </w:t>
      </w:r>
    </w:p>
    <w:p w:rsidR="00202520" w:rsidRPr="001A6260" w:rsidRDefault="00202520" w:rsidP="00202520">
      <w:pPr>
        <w:tabs>
          <w:tab w:val="left" w:pos="7371"/>
          <w:tab w:val="left" w:pos="8931"/>
        </w:tabs>
        <w:spacing w:after="0" w:line="240" w:lineRule="auto"/>
        <w:ind w:right="282" w:firstLine="5670"/>
        <w:jc w:val="both"/>
        <w:rPr>
          <w:rFonts w:cs="Times New Roman"/>
          <w:color w:val="000000"/>
          <w:szCs w:val="24"/>
          <w:lang w:val="lt-LT" w:eastAsia="lt-LT"/>
        </w:rPr>
      </w:pPr>
      <w:r w:rsidRPr="001A6260">
        <w:rPr>
          <w:rFonts w:eastAsia="Calibri" w:cs="Times New Roman"/>
          <w:szCs w:val="24"/>
          <w:lang w:val="lt-LT" w:eastAsia="lt-LT"/>
        </w:rPr>
        <w:t xml:space="preserve">direktoriaus </w:t>
      </w:r>
      <w:r w:rsidRPr="001A6260">
        <w:rPr>
          <w:rFonts w:cs="Times New Roman"/>
          <w:color w:val="000000"/>
          <w:szCs w:val="24"/>
          <w:lang w:val="lt-LT" w:eastAsia="lt-LT"/>
        </w:rPr>
        <w:t>2025 m. rugsėjo 1 d.</w:t>
      </w:r>
    </w:p>
    <w:p w:rsidR="00202520" w:rsidRPr="001A6260" w:rsidRDefault="00202520" w:rsidP="00202520">
      <w:pPr>
        <w:tabs>
          <w:tab w:val="left" w:pos="7371"/>
          <w:tab w:val="left" w:pos="8931"/>
        </w:tabs>
        <w:spacing w:after="0" w:line="240" w:lineRule="auto"/>
        <w:ind w:right="282" w:firstLine="5670"/>
        <w:jc w:val="both"/>
        <w:rPr>
          <w:rFonts w:eastAsia="Calibri" w:cs="Times New Roman"/>
          <w:szCs w:val="24"/>
          <w:lang w:val="lt-LT" w:eastAsia="lt-LT"/>
        </w:rPr>
      </w:pPr>
      <w:r w:rsidRPr="001A6260">
        <w:rPr>
          <w:rFonts w:cs="Times New Roman"/>
          <w:color w:val="000000"/>
          <w:szCs w:val="24"/>
          <w:lang w:val="lt-LT" w:eastAsia="lt-LT"/>
        </w:rPr>
        <w:t xml:space="preserve"> įsakymu Nr. V1-96</w:t>
      </w:r>
    </w:p>
    <w:p w:rsidR="00AB4D92" w:rsidRDefault="00AB4D92"/>
    <w:p w:rsidR="00AB4D92" w:rsidRPr="00202520" w:rsidRDefault="00C633E6" w:rsidP="00202520">
      <w:pPr>
        <w:spacing w:after="0" w:line="240" w:lineRule="auto"/>
        <w:jc w:val="center"/>
        <w:rPr>
          <w:sz w:val="24"/>
          <w:szCs w:val="24"/>
        </w:rPr>
      </w:pPr>
      <w:r w:rsidRPr="00202520">
        <w:rPr>
          <w:b/>
          <w:sz w:val="24"/>
          <w:szCs w:val="24"/>
        </w:rPr>
        <w:t>DRUSKININKŲ „</w:t>
      </w:r>
      <w:proofErr w:type="gramStart"/>
      <w:r w:rsidRPr="00202520">
        <w:rPr>
          <w:b/>
          <w:sz w:val="24"/>
          <w:szCs w:val="24"/>
        </w:rPr>
        <w:t>SAULĖS“ PAGRINDINĖS</w:t>
      </w:r>
      <w:proofErr w:type="gramEnd"/>
      <w:r w:rsidRPr="00202520">
        <w:rPr>
          <w:b/>
          <w:sz w:val="24"/>
          <w:szCs w:val="24"/>
        </w:rPr>
        <w:t xml:space="preserve"> MOKYKLOS</w:t>
      </w:r>
    </w:p>
    <w:p w:rsidR="00AB4D92" w:rsidRPr="00202520" w:rsidRDefault="00C633E6" w:rsidP="00202520">
      <w:pPr>
        <w:spacing w:after="0" w:line="240" w:lineRule="auto"/>
        <w:jc w:val="center"/>
        <w:rPr>
          <w:sz w:val="24"/>
          <w:szCs w:val="24"/>
        </w:rPr>
      </w:pPr>
      <w:r w:rsidRPr="00202520">
        <w:rPr>
          <w:b/>
          <w:sz w:val="24"/>
          <w:szCs w:val="24"/>
        </w:rPr>
        <w:t>PRADINIO UGDYMO MOKYTOJO</w:t>
      </w:r>
      <w:r w:rsidR="00E02A12">
        <w:rPr>
          <w:b/>
          <w:sz w:val="24"/>
          <w:szCs w:val="24"/>
        </w:rPr>
        <w:t xml:space="preserve">, DIRBANČIO VISOS DIENOS MOKYKLOS </w:t>
      </w:r>
      <w:proofErr w:type="gramStart"/>
      <w:r w:rsidR="00E02A12">
        <w:rPr>
          <w:b/>
          <w:sz w:val="24"/>
          <w:szCs w:val="24"/>
        </w:rPr>
        <w:t xml:space="preserve">PROJEKTE, </w:t>
      </w:r>
      <w:bookmarkStart w:id="1" w:name="_GoBack"/>
      <w:bookmarkEnd w:id="1"/>
      <w:r w:rsidRPr="00202520">
        <w:rPr>
          <w:b/>
          <w:sz w:val="24"/>
          <w:szCs w:val="24"/>
        </w:rPr>
        <w:t xml:space="preserve"> PAREIGYBĖS</w:t>
      </w:r>
      <w:proofErr w:type="gramEnd"/>
      <w:r w:rsidRPr="00202520">
        <w:rPr>
          <w:b/>
          <w:sz w:val="24"/>
          <w:szCs w:val="24"/>
        </w:rPr>
        <w:t xml:space="preserve"> APRAŠYMAS</w:t>
      </w:r>
    </w:p>
    <w:p w:rsidR="00AB4D92" w:rsidRPr="00202520" w:rsidRDefault="00AB4D92" w:rsidP="00202520">
      <w:pPr>
        <w:spacing w:after="0" w:line="240" w:lineRule="auto"/>
        <w:rPr>
          <w:sz w:val="24"/>
          <w:szCs w:val="24"/>
        </w:rPr>
      </w:pPr>
    </w:p>
    <w:p w:rsidR="00AB4D92" w:rsidRPr="00202520" w:rsidRDefault="00C633E6" w:rsidP="00202520">
      <w:pPr>
        <w:spacing w:after="0" w:line="240" w:lineRule="auto"/>
        <w:jc w:val="center"/>
        <w:rPr>
          <w:b/>
          <w:sz w:val="24"/>
          <w:szCs w:val="24"/>
          <w:lang w:val="lt-LT"/>
        </w:rPr>
      </w:pPr>
      <w:r w:rsidRPr="00202520">
        <w:rPr>
          <w:b/>
          <w:sz w:val="24"/>
          <w:szCs w:val="24"/>
        </w:rPr>
        <w:t>I SKYRIUS</w:t>
      </w:r>
      <w:r w:rsidRPr="00202520">
        <w:rPr>
          <w:b/>
          <w:sz w:val="24"/>
          <w:szCs w:val="24"/>
        </w:rPr>
        <w:br/>
      </w:r>
      <w:r w:rsidRPr="00202520">
        <w:rPr>
          <w:b/>
          <w:sz w:val="24"/>
          <w:szCs w:val="24"/>
          <w:lang w:val="lt-LT"/>
        </w:rPr>
        <w:t>BENDROSIOS NUOSTATOS</w:t>
      </w:r>
    </w:p>
    <w:p w:rsidR="00202520" w:rsidRPr="00202520" w:rsidRDefault="00202520" w:rsidP="00202520">
      <w:pPr>
        <w:spacing w:after="0" w:line="240" w:lineRule="auto"/>
        <w:jc w:val="center"/>
        <w:rPr>
          <w:sz w:val="24"/>
          <w:szCs w:val="24"/>
          <w:lang w:val="lt-LT"/>
        </w:rPr>
      </w:pPr>
    </w:p>
    <w:p w:rsidR="00AB4D92" w:rsidRPr="00202520" w:rsidRDefault="00C633E6" w:rsidP="00202520">
      <w:pPr>
        <w:spacing w:after="0" w:line="240" w:lineRule="auto"/>
        <w:ind w:firstLine="567"/>
        <w:jc w:val="both"/>
        <w:rPr>
          <w:sz w:val="24"/>
          <w:szCs w:val="24"/>
          <w:lang w:val="lt-LT"/>
        </w:rPr>
      </w:pPr>
      <w:r w:rsidRPr="00202520">
        <w:rPr>
          <w:sz w:val="24"/>
          <w:szCs w:val="24"/>
          <w:lang w:val="lt-LT"/>
        </w:rPr>
        <w:t xml:space="preserve">1. Pareigybės pavadinimas </w:t>
      </w:r>
      <w:r w:rsidR="00202520" w:rsidRPr="00202520">
        <w:rPr>
          <w:sz w:val="24"/>
          <w:szCs w:val="24"/>
          <w:lang w:val="lt-LT"/>
        </w:rPr>
        <w:t>– pradinio ugdymo mokytojas</w:t>
      </w:r>
      <w:r w:rsidRPr="00202520">
        <w:rPr>
          <w:sz w:val="24"/>
          <w:szCs w:val="24"/>
          <w:lang w:val="lt-LT"/>
        </w:rPr>
        <w:t>.</w:t>
      </w:r>
    </w:p>
    <w:p w:rsidR="00AB4D92" w:rsidRPr="00202520" w:rsidRDefault="00C633E6" w:rsidP="00202520">
      <w:pPr>
        <w:spacing w:after="0" w:line="240" w:lineRule="auto"/>
        <w:ind w:firstLine="567"/>
        <w:jc w:val="both"/>
        <w:rPr>
          <w:sz w:val="24"/>
          <w:szCs w:val="24"/>
          <w:lang w:val="lt-LT"/>
        </w:rPr>
      </w:pPr>
      <w:r w:rsidRPr="00202520">
        <w:rPr>
          <w:sz w:val="24"/>
          <w:szCs w:val="24"/>
          <w:lang w:val="lt-LT"/>
        </w:rPr>
        <w:t>2. Pareigybės grupė – pedagoginis darbuotojas.</w:t>
      </w:r>
    </w:p>
    <w:p w:rsidR="00AB4D92" w:rsidRPr="00202520" w:rsidRDefault="00C633E6" w:rsidP="00202520">
      <w:pPr>
        <w:spacing w:after="0" w:line="240" w:lineRule="auto"/>
        <w:ind w:firstLine="567"/>
        <w:jc w:val="both"/>
        <w:rPr>
          <w:sz w:val="24"/>
          <w:szCs w:val="24"/>
          <w:lang w:val="lt-LT"/>
        </w:rPr>
      </w:pPr>
      <w:r w:rsidRPr="00202520">
        <w:rPr>
          <w:sz w:val="24"/>
          <w:szCs w:val="24"/>
          <w:lang w:val="lt-LT"/>
        </w:rPr>
        <w:t>3. Pareigybės lygis nustatomas Mokyklos pareigybių sąraše ir darbo apmokėjimą reglamentuojančiuose teisės aktuose.</w:t>
      </w:r>
    </w:p>
    <w:p w:rsidR="00AB4D92" w:rsidRPr="00202520" w:rsidRDefault="00C633E6" w:rsidP="00202520">
      <w:pPr>
        <w:spacing w:after="0" w:line="240" w:lineRule="auto"/>
        <w:ind w:firstLine="567"/>
        <w:jc w:val="both"/>
        <w:rPr>
          <w:sz w:val="24"/>
          <w:szCs w:val="24"/>
          <w:lang w:val="lt-LT"/>
        </w:rPr>
      </w:pPr>
      <w:r w:rsidRPr="00202520">
        <w:rPr>
          <w:sz w:val="24"/>
          <w:szCs w:val="24"/>
          <w:lang w:val="lt-LT"/>
        </w:rPr>
        <w:t>4. Darbuotoją į pareigas priima ir iš pareigų atleidžia Mokyklos direktorius Lietuvos Respublikos teisės aktų nustatyta tvarka.</w:t>
      </w:r>
    </w:p>
    <w:p w:rsidR="00AB4D92" w:rsidRPr="00202520" w:rsidRDefault="00C633E6" w:rsidP="00202520">
      <w:pPr>
        <w:spacing w:after="0" w:line="240" w:lineRule="auto"/>
        <w:ind w:firstLine="567"/>
        <w:jc w:val="both"/>
        <w:rPr>
          <w:sz w:val="24"/>
          <w:szCs w:val="24"/>
          <w:lang w:val="lt-LT"/>
        </w:rPr>
      </w:pPr>
      <w:r w:rsidRPr="00202520">
        <w:rPr>
          <w:sz w:val="24"/>
          <w:szCs w:val="24"/>
          <w:lang w:val="lt-LT"/>
        </w:rPr>
        <w:t>5. Darbuotojas tiesiogiai pavaldus Mokyklos direktoriui arba jo įgaliotam vadovui, jeigu toks paskirtas.</w:t>
      </w:r>
    </w:p>
    <w:p w:rsidR="00AB4D92" w:rsidRPr="00202520" w:rsidRDefault="00C633E6" w:rsidP="00202520">
      <w:pPr>
        <w:spacing w:after="0" w:line="240" w:lineRule="auto"/>
        <w:ind w:firstLine="567"/>
        <w:jc w:val="both"/>
        <w:rPr>
          <w:sz w:val="24"/>
          <w:szCs w:val="24"/>
          <w:lang w:val="lt-LT"/>
        </w:rPr>
      </w:pPr>
      <w:r w:rsidRPr="00202520">
        <w:rPr>
          <w:sz w:val="24"/>
          <w:szCs w:val="24"/>
          <w:lang w:val="lt-LT"/>
        </w:rPr>
        <w:t xml:space="preserve">6. Darbuotojas savo veikloje vadovaujasi Lietuvos Respublikos teisės aktais, Mokyklos nuostatais, ugdymo planu, darbo tvarkos taisyklėmis, </w:t>
      </w:r>
      <w:r w:rsidR="00202520" w:rsidRPr="00202520">
        <w:rPr>
          <w:rFonts w:cs="Times New Roman"/>
          <w:sz w:val="24"/>
          <w:szCs w:val="24"/>
          <w:lang w:val="lt-LT"/>
        </w:rPr>
        <w:t>Visos dienos mokyklos (toliau – VDM)</w:t>
      </w:r>
      <w:r w:rsidRPr="00202520">
        <w:rPr>
          <w:sz w:val="24"/>
          <w:szCs w:val="24"/>
          <w:lang w:val="lt-LT"/>
        </w:rPr>
        <w:t xml:space="preserve"> veiklos organizavimo tvarkos aprašu, kitais Mokyklos vidaus dokumentais ir šiuo pareigybės aprašymu.</w:t>
      </w:r>
    </w:p>
    <w:p w:rsidR="00202520" w:rsidRPr="00202520" w:rsidRDefault="00202520" w:rsidP="00202520">
      <w:pPr>
        <w:spacing w:after="0" w:line="240" w:lineRule="auto"/>
        <w:rPr>
          <w:sz w:val="24"/>
          <w:szCs w:val="24"/>
          <w:lang w:val="lt-LT"/>
        </w:rPr>
      </w:pPr>
    </w:p>
    <w:p w:rsidR="00AB4D92" w:rsidRPr="00202520" w:rsidRDefault="00C633E6" w:rsidP="00202520">
      <w:pPr>
        <w:spacing w:after="0" w:line="240" w:lineRule="auto"/>
        <w:jc w:val="center"/>
        <w:rPr>
          <w:b/>
          <w:sz w:val="24"/>
          <w:szCs w:val="24"/>
          <w:lang w:val="lt-LT"/>
        </w:rPr>
      </w:pPr>
      <w:r w:rsidRPr="00202520">
        <w:rPr>
          <w:b/>
          <w:sz w:val="24"/>
          <w:szCs w:val="24"/>
          <w:lang w:val="lt-LT"/>
        </w:rPr>
        <w:t>II SKYRIUS</w:t>
      </w:r>
      <w:r w:rsidRPr="00202520">
        <w:rPr>
          <w:b/>
          <w:sz w:val="24"/>
          <w:szCs w:val="24"/>
          <w:lang w:val="lt-LT"/>
        </w:rPr>
        <w:br/>
        <w:t>PAREIGYBĖS TIKSLAS</w:t>
      </w:r>
    </w:p>
    <w:p w:rsidR="00202520" w:rsidRPr="00202520" w:rsidRDefault="00202520" w:rsidP="00202520">
      <w:pPr>
        <w:spacing w:after="0" w:line="240" w:lineRule="auto"/>
        <w:jc w:val="center"/>
        <w:rPr>
          <w:sz w:val="24"/>
          <w:szCs w:val="24"/>
          <w:lang w:val="lt-LT"/>
        </w:rPr>
      </w:pPr>
    </w:p>
    <w:p w:rsidR="00AB4D92" w:rsidRPr="00202520" w:rsidRDefault="00202520" w:rsidP="00202520">
      <w:pPr>
        <w:spacing w:after="0" w:line="240" w:lineRule="auto"/>
        <w:ind w:firstLine="567"/>
        <w:jc w:val="both"/>
        <w:rPr>
          <w:sz w:val="24"/>
          <w:szCs w:val="24"/>
          <w:lang w:val="lt-LT"/>
        </w:rPr>
      </w:pPr>
      <w:r w:rsidRPr="00202520">
        <w:rPr>
          <w:sz w:val="24"/>
          <w:szCs w:val="24"/>
          <w:lang w:val="lt-LT"/>
        </w:rPr>
        <w:t>7. O</w:t>
      </w:r>
      <w:r w:rsidR="00C633E6" w:rsidRPr="00202520">
        <w:rPr>
          <w:sz w:val="24"/>
          <w:szCs w:val="24"/>
          <w:lang w:val="lt-LT"/>
        </w:rPr>
        <w:t>rganizuoti ir vykdyti pradinio ugdymo procesą, sudaryti sąlygas kiekvienam mokiniui mokytis pagal jo galias ir poreikius, siekti pažangos ir ugdyti kompetencijas.</w:t>
      </w:r>
    </w:p>
    <w:p w:rsidR="00202520" w:rsidRPr="00202520" w:rsidRDefault="00202520" w:rsidP="00202520">
      <w:pPr>
        <w:spacing w:after="0" w:line="240" w:lineRule="auto"/>
        <w:rPr>
          <w:sz w:val="24"/>
          <w:szCs w:val="24"/>
          <w:lang w:val="lt-LT"/>
        </w:rPr>
      </w:pPr>
    </w:p>
    <w:p w:rsidR="00AB4D92" w:rsidRPr="00202520" w:rsidRDefault="00C633E6" w:rsidP="00202520">
      <w:pPr>
        <w:spacing w:after="0" w:line="240" w:lineRule="auto"/>
        <w:jc w:val="center"/>
        <w:rPr>
          <w:b/>
          <w:sz w:val="24"/>
          <w:szCs w:val="24"/>
          <w:lang w:val="lt-LT"/>
        </w:rPr>
      </w:pPr>
      <w:r w:rsidRPr="00202520">
        <w:rPr>
          <w:b/>
          <w:sz w:val="24"/>
          <w:szCs w:val="24"/>
          <w:lang w:val="lt-LT"/>
        </w:rPr>
        <w:t>III SKYRIUS</w:t>
      </w:r>
      <w:r w:rsidRPr="00202520">
        <w:rPr>
          <w:b/>
          <w:sz w:val="24"/>
          <w:szCs w:val="24"/>
          <w:lang w:val="lt-LT"/>
        </w:rPr>
        <w:br/>
        <w:t>KVALIFIKACINIAI REIKALAVIMAI</w:t>
      </w:r>
    </w:p>
    <w:p w:rsidR="00202520" w:rsidRPr="00202520" w:rsidRDefault="00202520" w:rsidP="00202520">
      <w:pPr>
        <w:spacing w:after="0" w:line="240" w:lineRule="auto"/>
        <w:jc w:val="center"/>
        <w:rPr>
          <w:sz w:val="24"/>
          <w:szCs w:val="24"/>
          <w:lang w:val="lt-LT"/>
        </w:rPr>
      </w:pPr>
    </w:p>
    <w:p w:rsidR="00AB4D92" w:rsidRPr="00202520" w:rsidRDefault="00202520" w:rsidP="00FF57DE">
      <w:pPr>
        <w:spacing w:after="0" w:line="240" w:lineRule="auto"/>
        <w:ind w:firstLine="567"/>
        <w:jc w:val="both"/>
        <w:rPr>
          <w:sz w:val="24"/>
          <w:szCs w:val="24"/>
          <w:lang w:val="lt-LT"/>
        </w:rPr>
      </w:pPr>
      <w:r w:rsidRPr="00202520">
        <w:rPr>
          <w:sz w:val="24"/>
          <w:szCs w:val="24"/>
          <w:lang w:val="lt-LT"/>
        </w:rPr>
        <w:t>8. T</w:t>
      </w:r>
      <w:r w:rsidR="00C633E6" w:rsidRPr="00202520">
        <w:rPr>
          <w:sz w:val="24"/>
          <w:szCs w:val="24"/>
          <w:lang w:val="lt-LT"/>
        </w:rPr>
        <w:t>urėti teisės aktuose nustatytą išsilavinimą ir pedagogo kvalifikaciją bei atitikti pradinio ugdymo mokytojui taikomus k</w:t>
      </w:r>
      <w:r w:rsidRPr="00202520">
        <w:rPr>
          <w:sz w:val="24"/>
          <w:szCs w:val="24"/>
          <w:lang w:val="lt-LT"/>
        </w:rPr>
        <w:t>valifikacinius reikalavimus.</w:t>
      </w:r>
    </w:p>
    <w:p w:rsidR="00AB4D92" w:rsidRPr="00202520" w:rsidRDefault="00202520" w:rsidP="00FF57DE">
      <w:pPr>
        <w:spacing w:after="0" w:line="240" w:lineRule="auto"/>
        <w:ind w:firstLine="567"/>
        <w:jc w:val="both"/>
        <w:rPr>
          <w:sz w:val="24"/>
          <w:szCs w:val="24"/>
          <w:lang w:val="lt-LT"/>
        </w:rPr>
      </w:pPr>
      <w:r w:rsidRPr="00202520">
        <w:rPr>
          <w:sz w:val="24"/>
          <w:szCs w:val="24"/>
          <w:lang w:val="lt-LT"/>
        </w:rPr>
        <w:t>9. G</w:t>
      </w:r>
      <w:r w:rsidR="00C633E6" w:rsidRPr="00202520">
        <w:rPr>
          <w:sz w:val="24"/>
          <w:szCs w:val="24"/>
          <w:lang w:val="lt-LT"/>
        </w:rPr>
        <w:t>ebėti planuoti, organizuoti, diferencijuoti, individualizuoti ir v</w:t>
      </w:r>
      <w:r w:rsidRPr="00202520">
        <w:rPr>
          <w:sz w:val="24"/>
          <w:szCs w:val="24"/>
          <w:lang w:val="lt-LT"/>
        </w:rPr>
        <w:t>ertinti pradinio ugdymo procesą.</w:t>
      </w:r>
    </w:p>
    <w:p w:rsidR="00AB4D92" w:rsidRPr="00202520" w:rsidRDefault="00202520" w:rsidP="00FF57DE">
      <w:pPr>
        <w:spacing w:after="0" w:line="240" w:lineRule="auto"/>
        <w:ind w:firstLine="567"/>
        <w:jc w:val="both"/>
        <w:rPr>
          <w:sz w:val="24"/>
          <w:szCs w:val="24"/>
          <w:lang w:val="lt-LT"/>
        </w:rPr>
      </w:pPr>
      <w:r w:rsidRPr="00202520">
        <w:rPr>
          <w:sz w:val="24"/>
          <w:szCs w:val="24"/>
          <w:lang w:val="lt-LT"/>
        </w:rPr>
        <w:t>10. G</w:t>
      </w:r>
      <w:r w:rsidR="00C633E6" w:rsidRPr="00202520">
        <w:rPr>
          <w:sz w:val="24"/>
          <w:szCs w:val="24"/>
          <w:lang w:val="lt-LT"/>
        </w:rPr>
        <w:t>ebėti bendradarbiauti su mokiniais, jų tėvais (globėjais, rūpintojais), kolegomis ir pagalbos mokiniui specialistais.</w:t>
      </w:r>
    </w:p>
    <w:p w:rsidR="00202520" w:rsidRPr="00202520" w:rsidRDefault="00202520" w:rsidP="00202520">
      <w:pPr>
        <w:spacing w:after="0" w:line="240" w:lineRule="auto"/>
        <w:ind w:firstLine="709"/>
        <w:rPr>
          <w:sz w:val="24"/>
          <w:szCs w:val="24"/>
          <w:lang w:val="lt-LT"/>
        </w:rPr>
      </w:pPr>
    </w:p>
    <w:p w:rsidR="00AB4D92" w:rsidRPr="00202520" w:rsidRDefault="00C633E6" w:rsidP="00202520">
      <w:pPr>
        <w:spacing w:after="0" w:line="240" w:lineRule="auto"/>
        <w:jc w:val="center"/>
        <w:rPr>
          <w:b/>
          <w:sz w:val="24"/>
          <w:szCs w:val="24"/>
          <w:lang w:val="lt-LT"/>
        </w:rPr>
      </w:pPr>
      <w:r w:rsidRPr="00202520">
        <w:rPr>
          <w:b/>
          <w:sz w:val="24"/>
          <w:szCs w:val="24"/>
          <w:lang w:val="lt-LT"/>
        </w:rPr>
        <w:t>IV SKYRIUS</w:t>
      </w:r>
      <w:r w:rsidRPr="00202520">
        <w:rPr>
          <w:b/>
          <w:sz w:val="24"/>
          <w:szCs w:val="24"/>
          <w:lang w:val="lt-LT"/>
        </w:rPr>
        <w:br/>
        <w:t>FUNKCIJOS</w:t>
      </w:r>
    </w:p>
    <w:p w:rsidR="00202520" w:rsidRPr="00202520" w:rsidRDefault="00202520" w:rsidP="00FF57DE">
      <w:pPr>
        <w:spacing w:after="0" w:line="240" w:lineRule="auto"/>
        <w:jc w:val="both"/>
        <w:rPr>
          <w:sz w:val="24"/>
          <w:szCs w:val="24"/>
          <w:lang w:val="lt-LT"/>
        </w:rPr>
      </w:pPr>
    </w:p>
    <w:p w:rsidR="00AB4D92" w:rsidRPr="00202520" w:rsidRDefault="00202520" w:rsidP="00FF57DE">
      <w:pPr>
        <w:spacing w:after="0" w:line="240" w:lineRule="auto"/>
        <w:ind w:firstLine="567"/>
        <w:jc w:val="both"/>
        <w:rPr>
          <w:sz w:val="24"/>
          <w:szCs w:val="24"/>
          <w:lang w:val="lt-LT"/>
        </w:rPr>
      </w:pPr>
      <w:r w:rsidRPr="00202520">
        <w:rPr>
          <w:sz w:val="24"/>
          <w:szCs w:val="24"/>
          <w:lang w:val="lt-LT"/>
        </w:rPr>
        <w:t>11. P</w:t>
      </w:r>
      <w:r w:rsidR="00C633E6" w:rsidRPr="00202520">
        <w:rPr>
          <w:sz w:val="24"/>
          <w:szCs w:val="24"/>
          <w:lang w:val="lt-LT"/>
        </w:rPr>
        <w:t xml:space="preserve">lanuoja ir vykdo pradinio </w:t>
      </w:r>
      <w:r w:rsidRPr="00202520">
        <w:rPr>
          <w:sz w:val="24"/>
          <w:szCs w:val="24"/>
          <w:lang w:val="lt-LT"/>
        </w:rPr>
        <w:t>ugdymo programos ugdymo procesą.</w:t>
      </w:r>
    </w:p>
    <w:p w:rsidR="00AB4D92" w:rsidRPr="00202520" w:rsidRDefault="00202520" w:rsidP="00FF57DE">
      <w:pPr>
        <w:spacing w:after="0" w:line="240" w:lineRule="auto"/>
        <w:ind w:firstLine="567"/>
        <w:jc w:val="both"/>
        <w:rPr>
          <w:sz w:val="24"/>
          <w:szCs w:val="24"/>
          <w:lang w:val="lt-LT"/>
        </w:rPr>
      </w:pPr>
      <w:r w:rsidRPr="00202520">
        <w:rPr>
          <w:sz w:val="24"/>
          <w:szCs w:val="24"/>
          <w:lang w:val="lt-LT"/>
        </w:rPr>
        <w:t>12. R</w:t>
      </w:r>
      <w:r w:rsidR="00C633E6" w:rsidRPr="00202520">
        <w:rPr>
          <w:sz w:val="24"/>
          <w:szCs w:val="24"/>
          <w:lang w:val="lt-LT"/>
        </w:rPr>
        <w:t>engia ir veda pamokas, inte</w:t>
      </w:r>
      <w:r w:rsidRPr="00202520">
        <w:rPr>
          <w:sz w:val="24"/>
          <w:szCs w:val="24"/>
          <w:lang w:val="lt-LT"/>
        </w:rPr>
        <w:t>gruotas bei projektines veiklas.</w:t>
      </w:r>
    </w:p>
    <w:p w:rsidR="00AB4D92" w:rsidRPr="00202520" w:rsidRDefault="00202520" w:rsidP="00FF57DE">
      <w:pPr>
        <w:spacing w:after="0" w:line="240" w:lineRule="auto"/>
        <w:ind w:firstLine="567"/>
        <w:jc w:val="both"/>
        <w:rPr>
          <w:sz w:val="24"/>
          <w:szCs w:val="24"/>
          <w:lang w:val="lt-LT"/>
        </w:rPr>
      </w:pPr>
      <w:r w:rsidRPr="00202520">
        <w:rPr>
          <w:sz w:val="24"/>
          <w:szCs w:val="24"/>
          <w:lang w:val="lt-LT"/>
        </w:rPr>
        <w:t>13. V</w:t>
      </w:r>
      <w:r w:rsidR="00C633E6" w:rsidRPr="00202520">
        <w:rPr>
          <w:sz w:val="24"/>
          <w:szCs w:val="24"/>
          <w:lang w:val="lt-LT"/>
        </w:rPr>
        <w:t>ertina mokinių pažangą ir pasiekimus p</w:t>
      </w:r>
      <w:r w:rsidRPr="00202520">
        <w:rPr>
          <w:sz w:val="24"/>
          <w:szCs w:val="24"/>
          <w:lang w:val="lt-LT"/>
        </w:rPr>
        <w:t>agal Mokykloje nustatytą tvarką.</w:t>
      </w:r>
    </w:p>
    <w:p w:rsidR="00AB4D92" w:rsidRPr="00202520" w:rsidRDefault="00202520" w:rsidP="00FF57DE">
      <w:pPr>
        <w:spacing w:after="0" w:line="240" w:lineRule="auto"/>
        <w:ind w:firstLine="567"/>
        <w:jc w:val="both"/>
        <w:rPr>
          <w:sz w:val="24"/>
          <w:szCs w:val="24"/>
          <w:lang w:val="lt-LT"/>
        </w:rPr>
      </w:pPr>
      <w:r w:rsidRPr="00202520">
        <w:rPr>
          <w:sz w:val="24"/>
          <w:szCs w:val="24"/>
          <w:lang w:val="lt-LT"/>
        </w:rPr>
        <w:t>14. F</w:t>
      </w:r>
      <w:r w:rsidR="00C633E6" w:rsidRPr="00202520">
        <w:rPr>
          <w:sz w:val="24"/>
          <w:szCs w:val="24"/>
          <w:lang w:val="lt-LT"/>
        </w:rPr>
        <w:t>iksuoja ugdymo rezultatus ir lankomum</w:t>
      </w:r>
      <w:r w:rsidRPr="00202520">
        <w:rPr>
          <w:sz w:val="24"/>
          <w:szCs w:val="24"/>
          <w:lang w:val="lt-LT"/>
        </w:rPr>
        <w:t>ą elektroniniame dienyne.</w:t>
      </w:r>
    </w:p>
    <w:p w:rsidR="00AB4D92" w:rsidRPr="00202520" w:rsidRDefault="00202520" w:rsidP="00FF57DE">
      <w:pPr>
        <w:spacing w:after="0" w:line="240" w:lineRule="auto"/>
        <w:ind w:firstLine="567"/>
        <w:jc w:val="both"/>
        <w:rPr>
          <w:sz w:val="24"/>
          <w:szCs w:val="24"/>
          <w:lang w:val="lt-LT"/>
        </w:rPr>
      </w:pPr>
      <w:r w:rsidRPr="00202520">
        <w:rPr>
          <w:sz w:val="24"/>
          <w:szCs w:val="24"/>
          <w:lang w:val="lt-LT"/>
        </w:rPr>
        <w:t>15. T</w:t>
      </w:r>
      <w:r w:rsidR="00C633E6" w:rsidRPr="00202520">
        <w:rPr>
          <w:sz w:val="24"/>
          <w:szCs w:val="24"/>
          <w:lang w:val="lt-LT"/>
        </w:rPr>
        <w:t>eikia mokiniams mokymosi pagalbą ir diferencijuoja bei</w:t>
      </w:r>
      <w:r w:rsidRPr="00202520">
        <w:rPr>
          <w:sz w:val="24"/>
          <w:szCs w:val="24"/>
          <w:lang w:val="lt-LT"/>
        </w:rPr>
        <w:t xml:space="preserve"> individualizuoja ugdymo turinį.</w:t>
      </w:r>
    </w:p>
    <w:p w:rsidR="00AB4D92" w:rsidRPr="00202520" w:rsidRDefault="00202520" w:rsidP="00FF57DE">
      <w:pPr>
        <w:spacing w:after="0" w:line="240" w:lineRule="auto"/>
        <w:ind w:firstLine="567"/>
        <w:jc w:val="both"/>
        <w:rPr>
          <w:sz w:val="24"/>
          <w:szCs w:val="24"/>
          <w:lang w:val="lt-LT"/>
        </w:rPr>
      </w:pPr>
      <w:r w:rsidRPr="00202520">
        <w:rPr>
          <w:sz w:val="24"/>
          <w:szCs w:val="24"/>
          <w:lang w:val="lt-LT"/>
        </w:rPr>
        <w:t>16. A</w:t>
      </w:r>
      <w:r w:rsidR="00C633E6" w:rsidRPr="00202520">
        <w:rPr>
          <w:sz w:val="24"/>
          <w:szCs w:val="24"/>
          <w:lang w:val="lt-LT"/>
        </w:rPr>
        <w:t>tsižvelgia į mokinių specialiuosius ugdymosi poreikiu</w:t>
      </w:r>
      <w:r w:rsidRPr="00202520">
        <w:rPr>
          <w:sz w:val="24"/>
          <w:szCs w:val="24"/>
          <w:lang w:val="lt-LT"/>
        </w:rPr>
        <w:t>s ir specialistų rekomendacijas.</w:t>
      </w:r>
    </w:p>
    <w:p w:rsidR="00AB4D92" w:rsidRPr="00202520" w:rsidRDefault="00202520" w:rsidP="00FF57DE">
      <w:pPr>
        <w:spacing w:after="0" w:line="240" w:lineRule="auto"/>
        <w:ind w:firstLine="567"/>
        <w:jc w:val="both"/>
        <w:rPr>
          <w:sz w:val="24"/>
          <w:szCs w:val="24"/>
          <w:lang w:val="lt-LT"/>
        </w:rPr>
      </w:pPr>
      <w:r w:rsidRPr="00202520">
        <w:rPr>
          <w:sz w:val="24"/>
          <w:szCs w:val="24"/>
          <w:lang w:val="lt-LT"/>
        </w:rPr>
        <w:t>17. B</w:t>
      </w:r>
      <w:r w:rsidR="00C633E6" w:rsidRPr="00202520">
        <w:rPr>
          <w:sz w:val="24"/>
          <w:szCs w:val="24"/>
          <w:lang w:val="lt-LT"/>
        </w:rPr>
        <w:t xml:space="preserve">endradarbiauja su mokinio tėvais (globėjais, rūpintojais), klasės bendruomene ir </w:t>
      </w:r>
      <w:r w:rsidRPr="00202520">
        <w:rPr>
          <w:sz w:val="24"/>
          <w:szCs w:val="24"/>
          <w:lang w:val="lt-LT"/>
        </w:rPr>
        <w:t>švietimo pagalbos specialistais.</w:t>
      </w:r>
    </w:p>
    <w:p w:rsidR="00AB4D92" w:rsidRPr="00202520" w:rsidRDefault="00202520" w:rsidP="00FF57DE">
      <w:pPr>
        <w:spacing w:after="0" w:line="240" w:lineRule="auto"/>
        <w:ind w:firstLine="567"/>
        <w:jc w:val="both"/>
        <w:rPr>
          <w:sz w:val="24"/>
          <w:szCs w:val="24"/>
          <w:lang w:val="lt-LT"/>
        </w:rPr>
      </w:pPr>
      <w:r w:rsidRPr="00202520">
        <w:rPr>
          <w:sz w:val="24"/>
          <w:szCs w:val="24"/>
          <w:lang w:val="lt-LT"/>
        </w:rPr>
        <w:lastRenderedPageBreak/>
        <w:t>18. U</w:t>
      </w:r>
      <w:r w:rsidR="00C633E6" w:rsidRPr="00202520">
        <w:rPr>
          <w:sz w:val="24"/>
          <w:szCs w:val="24"/>
          <w:lang w:val="lt-LT"/>
        </w:rPr>
        <w:t>žtikrina mokinių saugumą pamokose ir kitos</w:t>
      </w:r>
      <w:r w:rsidRPr="00202520">
        <w:rPr>
          <w:sz w:val="24"/>
          <w:szCs w:val="24"/>
          <w:lang w:val="lt-LT"/>
        </w:rPr>
        <w:t>e savo organizuojamose veiklose.</w:t>
      </w:r>
    </w:p>
    <w:p w:rsidR="00AB4D92" w:rsidRPr="00202520" w:rsidRDefault="00202520" w:rsidP="00FF57DE">
      <w:pPr>
        <w:spacing w:after="0" w:line="240" w:lineRule="auto"/>
        <w:ind w:firstLine="567"/>
        <w:jc w:val="both"/>
        <w:rPr>
          <w:sz w:val="24"/>
          <w:szCs w:val="24"/>
          <w:lang w:val="lt-LT"/>
        </w:rPr>
      </w:pPr>
      <w:r w:rsidRPr="00202520">
        <w:rPr>
          <w:sz w:val="24"/>
          <w:szCs w:val="24"/>
          <w:lang w:val="lt-LT"/>
        </w:rPr>
        <w:t>19. P</w:t>
      </w:r>
      <w:r w:rsidR="00C633E6" w:rsidRPr="00202520">
        <w:rPr>
          <w:sz w:val="24"/>
          <w:szCs w:val="24"/>
          <w:lang w:val="lt-LT"/>
        </w:rPr>
        <w:t xml:space="preserve">agal poreikį bendradarbiauja su pailgintos grupės auklėtoju, mokytoju konsultantu ir kitais VDM darbuotojais dėl </w:t>
      </w:r>
      <w:r w:rsidRPr="00202520">
        <w:rPr>
          <w:sz w:val="24"/>
          <w:szCs w:val="24"/>
          <w:lang w:val="lt-LT"/>
        </w:rPr>
        <w:t>mokinio dalyvavimo VDM veiklose.</w:t>
      </w:r>
    </w:p>
    <w:p w:rsidR="00AB4D92" w:rsidRPr="00202520" w:rsidRDefault="00202520" w:rsidP="00FF57DE">
      <w:pPr>
        <w:spacing w:after="0" w:line="240" w:lineRule="auto"/>
        <w:ind w:firstLine="567"/>
        <w:jc w:val="both"/>
        <w:rPr>
          <w:sz w:val="24"/>
          <w:szCs w:val="24"/>
          <w:lang w:val="lt-LT"/>
        </w:rPr>
      </w:pPr>
      <w:r w:rsidRPr="00202520">
        <w:rPr>
          <w:sz w:val="24"/>
          <w:szCs w:val="24"/>
          <w:lang w:val="lt-LT"/>
        </w:rPr>
        <w:t>20. O</w:t>
      </w:r>
      <w:r w:rsidR="00C633E6" w:rsidRPr="00202520">
        <w:rPr>
          <w:sz w:val="24"/>
          <w:szCs w:val="24"/>
          <w:lang w:val="lt-LT"/>
        </w:rPr>
        <w:t>rganizuoja mokinių dalyvavimą</w:t>
      </w:r>
      <w:r w:rsidRPr="00202520">
        <w:rPr>
          <w:sz w:val="24"/>
          <w:szCs w:val="24"/>
          <w:lang w:val="lt-LT"/>
        </w:rPr>
        <w:t xml:space="preserve"> klasės ir Mokyklos renginiuose.</w:t>
      </w:r>
    </w:p>
    <w:p w:rsidR="00AB4D92" w:rsidRPr="00202520" w:rsidRDefault="00202520" w:rsidP="00FF57DE">
      <w:pPr>
        <w:spacing w:after="0" w:line="240" w:lineRule="auto"/>
        <w:ind w:firstLine="567"/>
        <w:jc w:val="both"/>
        <w:rPr>
          <w:sz w:val="24"/>
          <w:szCs w:val="24"/>
          <w:lang w:val="lt-LT"/>
        </w:rPr>
      </w:pPr>
      <w:r w:rsidRPr="00202520">
        <w:rPr>
          <w:sz w:val="24"/>
          <w:szCs w:val="24"/>
          <w:lang w:val="lt-LT"/>
        </w:rPr>
        <w:t>21. V</w:t>
      </w:r>
      <w:r w:rsidR="00C633E6" w:rsidRPr="00202520">
        <w:rPr>
          <w:sz w:val="24"/>
          <w:szCs w:val="24"/>
          <w:lang w:val="lt-LT"/>
        </w:rPr>
        <w:t>ykdo kitas su pareigybės funkcijomis susijusias teisėtas Mokyklos direktoriaus užduotis.</w:t>
      </w:r>
    </w:p>
    <w:p w:rsidR="00202520" w:rsidRPr="00202520" w:rsidRDefault="00202520" w:rsidP="00202520">
      <w:pPr>
        <w:spacing w:after="0" w:line="240" w:lineRule="auto"/>
        <w:ind w:firstLine="567"/>
        <w:rPr>
          <w:sz w:val="24"/>
          <w:szCs w:val="24"/>
          <w:lang w:val="lt-LT"/>
        </w:rPr>
      </w:pPr>
    </w:p>
    <w:p w:rsidR="00AB4D92" w:rsidRPr="00202520" w:rsidRDefault="00C633E6" w:rsidP="00202520">
      <w:pPr>
        <w:spacing w:after="0" w:line="240" w:lineRule="auto"/>
        <w:jc w:val="center"/>
        <w:rPr>
          <w:b/>
          <w:sz w:val="24"/>
          <w:szCs w:val="24"/>
          <w:lang w:val="lt-LT"/>
        </w:rPr>
      </w:pPr>
      <w:r w:rsidRPr="00202520">
        <w:rPr>
          <w:b/>
          <w:sz w:val="24"/>
          <w:szCs w:val="24"/>
          <w:lang w:val="lt-LT"/>
        </w:rPr>
        <w:t>V SKYRIUS</w:t>
      </w:r>
      <w:r w:rsidRPr="00202520">
        <w:rPr>
          <w:b/>
          <w:sz w:val="24"/>
          <w:szCs w:val="24"/>
          <w:lang w:val="lt-LT"/>
        </w:rPr>
        <w:br/>
        <w:t>TEISĖS</w:t>
      </w:r>
    </w:p>
    <w:p w:rsidR="00202520" w:rsidRPr="00202520" w:rsidRDefault="00202520" w:rsidP="00202520">
      <w:pPr>
        <w:spacing w:after="0" w:line="240" w:lineRule="auto"/>
        <w:jc w:val="center"/>
        <w:rPr>
          <w:sz w:val="24"/>
          <w:szCs w:val="24"/>
          <w:lang w:val="lt-LT"/>
        </w:rPr>
      </w:pPr>
    </w:p>
    <w:p w:rsidR="00AB4D92" w:rsidRPr="00202520" w:rsidRDefault="00202520" w:rsidP="00FF57DE">
      <w:pPr>
        <w:spacing w:after="0" w:line="240" w:lineRule="auto"/>
        <w:ind w:firstLine="567"/>
        <w:jc w:val="both"/>
        <w:rPr>
          <w:sz w:val="24"/>
          <w:szCs w:val="24"/>
          <w:lang w:val="lt-LT"/>
        </w:rPr>
      </w:pPr>
      <w:r w:rsidRPr="00202520">
        <w:rPr>
          <w:sz w:val="24"/>
          <w:szCs w:val="24"/>
          <w:lang w:val="lt-LT"/>
        </w:rPr>
        <w:t>22. G</w:t>
      </w:r>
      <w:r w:rsidR="00C633E6" w:rsidRPr="00202520">
        <w:rPr>
          <w:sz w:val="24"/>
          <w:szCs w:val="24"/>
          <w:lang w:val="lt-LT"/>
        </w:rPr>
        <w:t>auti darbui reikalingą informaciją, priemones ir prieigą prie Mokyklos informacinių sistemų pagal suteiktas teises</w:t>
      </w:r>
      <w:r w:rsidRPr="00202520">
        <w:rPr>
          <w:sz w:val="24"/>
          <w:szCs w:val="24"/>
          <w:lang w:val="lt-LT"/>
        </w:rPr>
        <w:t>.</w:t>
      </w:r>
    </w:p>
    <w:p w:rsidR="00AB4D92" w:rsidRPr="00202520" w:rsidRDefault="00202520" w:rsidP="00FF57DE">
      <w:pPr>
        <w:spacing w:after="0" w:line="240" w:lineRule="auto"/>
        <w:ind w:firstLine="567"/>
        <w:jc w:val="both"/>
        <w:rPr>
          <w:sz w:val="24"/>
          <w:szCs w:val="24"/>
          <w:lang w:val="lt-LT"/>
        </w:rPr>
      </w:pPr>
      <w:r w:rsidRPr="00202520">
        <w:rPr>
          <w:sz w:val="24"/>
          <w:szCs w:val="24"/>
          <w:lang w:val="lt-LT"/>
        </w:rPr>
        <w:t>23. T</w:t>
      </w:r>
      <w:r w:rsidR="00C633E6" w:rsidRPr="00202520">
        <w:rPr>
          <w:sz w:val="24"/>
          <w:szCs w:val="24"/>
          <w:lang w:val="lt-LT"/>
        </w:rPr>
        <w:t>eikti siūlymus dėl savo ve</w:t>
      </w:r>
      <w:r w:rsidRPr="00202520">
        <w:rPr>
          <w:sz w:val="24"/>
          <w:szCs w:val="24"/>
          <w:lang w:val="lt-LT"/>
        </w:rPr>
        <w:t>iklos ir VDM veiklos tobulinimo.</w:t>
      </w:r>
    </w:p>
    <w:p w:rsidR="00AB4D92" w:rsidRPr="00202520" w:rsidRDefault="00202520" w:rsidP="00FF57DE">
      <w:pPr>
        <w:spacing w:after="0" w:line="240" w:lineRule="auto"/>
        <w:ind w:firstLine="567"/>
        <w:jc w:val="both"/>
        <w:rPr>
          <w:sz w:val="24"/>
          <w:szCs w:val="24"/>
          <w:lang w:val="lt-LT"/>
        </w:rPr>
      </w:pPr>
      <w:r w:rsidRPr="00202520">
        <w:rPr>
          <w:sz w:val="24"/>
          <w:szCs w:val="24"/>
          <w:lang w:val="lt-LT"/>
        </w:rPr>
        <w:t>24. B</w:t>
      </w:r>
      <w:r w:rsidR="00C633E6" w:rsidRPr="00202520">
        <w:rPr>
          <w:sz w:val="24"/>
          <w:szCs w:val="24"/>
          <w:lang w:val="lt-LT"/>
        </w:rPr>
        <w:t xml:space="preserve">endradarbiauti su Mokyklos darbuotojais, mokiniais ir jų tėvais (globėjais, </w:t>
      </w:r>
      <w:r w:rsidRPr="00202520">
        <w:rPr>
          <w:sz w:val="24"/>
          <w:szCs w:val="24"/>
          <w:lang w:val="lt-LT"/>
        </w:rPr>
        <w:t>rūpintojais) pagal kompetenciją.</w:t>
      </w:r>
    </w:p>
    <w:p w:rsidR="00AB4D92" w:rsidRPr="00202520" w:rsidRDefault="00202520" w:rsidP="00FF57DE">
      <w:pPr>
        <w:spacing w:after="0" w:line="240" w:lineRule="auto"/>
        <w:ind w:firstLine="567"/>
        <w:jc w:val="both"/>
        <w:rPr>
          <w:sz w:val="24"/>
          <w:szCs w:val="24"/>
          <w:lang w:val="lt-LT"/>
        </w:rPr>
      </w:pPr>
      <w:r w:rsidRPr="00202520">
        <w:rPr>
          <w:sz w:val="24"/>
          <w:szCs w:val="24"/>
          <w:lang w:val="lt-LT"/>
        </w:rPr>
        <w:t>25. G</w:t>
      </w:r>
      <w:r w:rsidR="00C633E6" w:rsidRPr="00202520">
        <w:rPr>
          <w:sz w:val="24"/>
          <w:szCs w:val="24"/>
          <w:lang w:val="lt-LT"/>
        </w:rPr>
        <w:t>auti metodinę ir profesinę pagalbą bei dalyvauti kvalifikacijos tobulinimo veiklose teisės ak</w:t>
      </w:r>
      <w:r w:rsidRPr="00202520">
        <w:rPr>
          <w:sz w:val="24"/>
          <w:szCs w:val="24"/>
          <w:lang w:val="lt-LT"/>
        </w:rPr>
        <w:t>tų ir Mokyklos nustatyta tvarka.</w:t>
      </w:r>
    </w:p>
    <w:p w:rsidR="00AB4D92" w:rsidRPr="00202520" w:rsidRDefault="00202520" w:rsidP="00FF57DE">
      <w:pPr>
        <w:spacing w:after="0" w:line="240" w:lineRule="auto"/>
        <w:ind w:firstLine="567"/>
        <w:jc w:val="both"/>
        <w:rPr>
          <w:sz w:val="24"/>
          <w:szCs w:val="24"/>
          <w:lang w:val="lt-LT"/>
        </w:rPr>
      </w:pPr>
      <w:r w:rsidRPr="00202520">
        <w:rPr>
          <w:sz w:val="24"/>
          <w:szCs w:val="24"/>
          <w:lang w:val="lt-LT"/>
        </w:rPr>
        <w:t>26. R</w:t>
      </w:r>
      <w:r w:rsidR="00C633E6" w:rsidRPr="00202520">
        <w:rPr>
          <w:sz w:val="24"/>
          <w:szCs w:val="24"/>
          <w:lang w:val="lt-LT"/>
        </w:rPr>
        <w:t>eikalauti, kad būtų sudarytos sa</w:t>
      </w:r>
      <w:r w:rsidRPr="00202520">
        <w:rPr>
          <w:sz w:val="24"/>
          <w:szCs w:val="24"/>
          <w:lang w:val="lt-LT"/>
        </w:rPr>
        <w:t>ugios ir tinkamos darbo sąlygos.</w:t>
      </w:r>
    </w:p>
    <w:p w:rsidR="00AB4D92" w:rsidRPr="00202520" w:rsidRDefault="00202520" w:rsidP="00FF57DE">
      <w:pPr>
        <w:spacing w:after="0" w:line="240" w:lineRule="auto"/>
        <w:ind w:firstLine="567"/>
        <w:jc w:val="both"/>
        <w:rPr>
          <w:sz w:val="24"/>
          <w:szCs w:val="24"/>
          <w:lang w:val="lt-LT"/>
        </w:rPr>
      </w:pPr>
      <w:r w:rsidRPr="00202520">
        <w:rPr>
          <w:sz w:val="24"/>
          <w:szCs w:val="24"/>
          <w:lang w:val="lt-LT"/>
        </w:rPr>
        <w:t>27. A</w:t>
      </w:r>
      <w:r w:rsidR="00C633E6" w:rsidRPr="00202520">
        <w:rPr>
          <w:sz w:val="24"/>
          <w:szCs w:val="24"/>
          <w:lang w:val="lt-LT"/>
        </w:rPr>
        <w:t>tsisakyti vykdyti užduotį, jeigu ji prieštarauja teisės aktams ar kelia realų pavojų mokinių arba darbuotojų saugumui, apie tai informuojant tiesioginį vadovą.</w:t>
      </w:r>
    </w:p>
    <w:p w:rsidR="00202520" w:rsidRPr="00202520" w:rsidRDefault="00202520" w:rsidP="00202520">
      <w:pPr>
        <w:spacing w:after="0" w:line="240" w:lineRule="auto"/>
        <w:ind w:firstLine="709"/>
        <w:rPr>
          <w:sz w:val="24"/>
          <w:szCs w:val="24"/>
          <w:lang w:val="lt-LT"/>
        </w:rPr>
      </w:pPr>
    </w:p>
    <w:p w:rsidR="00AB4D92" w:rsidRPr="00202520" w:rsidRDefault="00C633E6" w:rsidP="00202520">
      <w:pPr>
        <w:spacing w:after="0" w:line="240" w:lineRule="auto"/>
        <w:jc w:val="center"/>
        <w:rPr>
          <w:b/>
          <w:sz w:val="24"/>
          <w:szCs w:val="24"/>
          <w:lang w:val="lt-LT"/>
        </w:rPr>
      </w:pPr>
      <w:r w:rsidRPr="00202520">
        <w:rPr>
          <w:b/>
          <w:sz w:val="24"/>
          <w:szCs w:val="24"/>
          <w:lang w:val="lt-LT"/>
        </w:rPr>
        <w:t>VI SKYRIUS</w:t>
      </w:r>
      <w:r w:rsidRPr="00202520">
        <w:rPr>
          <w:b/>
          <w:sz w:val="24"/>
          <w:szCs w:val="24"/>
          <w:lang w:val="lt-LT"/>
        </w:rPr>
        <w:br/>
        <w:t>ATSAKOMYBĖ</w:t>
      </w:r>
    </w:p>
    <w:p w:rsidR="00202520" w:rsidRDefault="00202520" w:rsidP="00202520">
      <w:pPr>
        <w:spacing w:after="0" w:line="240" w:lineRule="auto"/>
        <w:jc w:val="center"/>
        <w:rPr>
          <w:sz w:val="24"/>
          <w:szCs w:val="24"/>
          <w:lang w:val="lt-LT"/>
        </w:rPr>
      </w:pPr>
    </w:p>
    <w:p w:rsidR="00FF57DE" w:rsidRPr="00202520" w:rsidRDefault="00FF57DE" w:rsidP="00FF57DE">
      <w:pPr>
        <w:spacing w:after="0" w:line="240" w:lineRule="auto"/>
        <w:ind w:firstLine="567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28. Pradinio ugdymo mokytojas atsakingas už:</w:t>
      </w:r>
    </w:p>
    <w:p w:rsidR="00AB4D92" w:rsidRPr="00202520" w:rsidRDefault="00202520" w:rsidP="00FF57DE">
      <w:pPr>
        <w:spacing w:after="0" w:line="240" w:lineRule="auto"/>
        <w:ind w:firstLine="567"/>
        <w:jc w:val="both"/>
        <w:rPr>
          <w:sz w:val="24"/>
          <w:szCs w:val="24"/>
          <w:lang w:val="lt-LT"/>
        </w:rPr>
      </w:pPr>
      <w:r w:rsidRPr="00202520">
        <w:rPr>
          <w:sz w:val="24"/>
          <w:szCs w:val="24"/>
          <w:lang w:val="lt-LT"/>
        </w:rPr>
        <w:t>28.</w:t>
      </w:r>
      <w:r w:rsidR="00FF57DE">
        <w:rPr>
          <w:sz w:val="24"/>
          <w:szCs w:val="24"/>
          <w:lang w:val="lt-LT"/>
        </w:rPr>
        <w:t>1.</w:t>
      </w:r>
      <w:r w:rsidR="00C633E6" w:rsidRPr="00202520">
        <w:rPr>
          <w:sz w:val="24"/>
          <w:szCs w:val="24"/>
          <w:lang w:val="lt-LT"/>
        </w:rPr>
        <w:t xml:space="preserve"> tinkamą ir laiku atliekamą šiame pareigybės apra</w:t>
      </w:r>
      <w:r w:rsidR="00FF57DE">
        <w:rPr>
          <w:sz w:val="24"/>
          <w:szCs w:val="24"/>
          <w:lang w:val="lt-LT"/>
        </w:rPr>
        <w:t>šyme nustatytų funkcijų vykdymą;</w:t>
      </w:r>
    </w:p>
    <w:p w:rsidR="00AB4D92" w:rsidRPr="00202520" w:rsidRDefault="00FF57DE" w:rsidP="00FF57DE">
      <w:pPr>
        <w:spacing w:after="0" w:line="240" w:lineRule="auto"/>
        <w:ind w:firstLine="567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28</w:t>
      </w:r>
      <w:r w:rsidR="00202520" w:rsidRPr="00202520">
        <w:rPr>
          <w:sz w:val="24"/>
          <w:szCs w:val="24"/>
          <w:lang w:val="lt-LT"/>
        </w:rPr>
        <w:t>.</w:t>
      </w:r>
      <w:r>
        <w:rPr>
          <w:sz w:val="24"/>
          <w:szCs w:val="24"/>
          <w:lang w:val="lt-LT"/>
        </w:rPr>
        <w:t>2.</w:t>
      </w:r>
      <w:r w:rsidR="00202520" w:rsidRPr="00202520">
        <w:rPr>
          <w:sz w:val="24"/>
          <w:szCs w:val="24"/>
          <w:lang w:val="lt-LT"/>
        </w:rPr>
        <w:t xml:space="preserve"> </w:t>
      </w:r>
      <w:r w:rsidR="00C633E6" w:rsidRPr="00202520">
        <w:rPr>
          <w:sz w:val="24"/>
          <w:szCs w:val="24"/>
          <w:lang w:val="lt-LT"/>
        </w:rPr>
        <w:t>mokinių saugumo ir priežiūros reikalavimų la</w:t>
      </w:r>
      <w:r>
        <w:rPr>
          <w:sz w:val="24"/>
          <w:szCs w:val="24"/>
          <w:lang w:val="lt-LT"/>
        </w:rPr>
        <w:t>ikymąsi pagal savo kompetenciją;</w:t>
      </w:r>
    </w:p>
    <w:p w:rsidR="00AB4D92" w:rsidRPr="00202520" w:rsidRDefault="00FF57DE" w:rsidP="00FF57DE">
      <w:pPr>
        <w:spacing w:after="0" w:line="240" w:lineRule="auto"/>
        <w:ind w:firstLine="567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28</w:t>
      </w:r>
      <w:r w:rsidR="00202520" w:rsidRPr="00202520">
        <w:rPr>
          <w:sz w:val="24"/>
          <w:szCs w:val="24"/>
          <w:lang w:val="lt-LT"/>
        </w:rPr>
        <w:t>.</w:t>
      </w:r>
      <w:r>
        <w:rPr>
          <w:sz w:val="24"/>
          <w:szCs w:val="24"/>
          <w:lang w:val="lt-LT"/>
        </w:rPr>
        <w:t xml:space="preserve">3. </w:t>
      </w:r>
      <w:r w:rsidR="00C633E6" w:rsidRPr="00202520">
        <w:rPr>
          <w:sz w:val="24"/>
          <w:szCs w:val="24"/>
          <w:lang w:val="lt-LT"/>
        </w:rPr>
        <w:t>konfidencialios informa</w:t>
      </w:r>
      <w:r>
        <w:rPr>
          <w:sz w:val="24"/>
          <w:szCs w:val="24"/>
          <w:lang w:val="lt-LT"/>
        </w:rPr>
        <w:t>cijos ir asmens duomenų apsaugą;</w:t>
      </w:r>
    </w:p>
    <w:p w:rsidR="00AB4D92" w:rsidRPr="00202520" w:rsidRDefault="00FF57DE" w:rsidP="00FF57DE">
      <w:pPr>
        <w:spacing w:after="0" w:line="240" w:lineRule="auto"/>
        <w:ind w:firstLine="567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28</w:t>
      </w:r>
      <w:r w:rsidR="00202520" w:rsidRPr="00202520">
        <w:rPr>
          <w:sz w:val="24"/>
          <w:szCs w:val="24"/>
          <w:lang w:val="lt-LT"/>
        </w:rPr>
        <w:t>.</w:t>
      </w:r>
      <w:r>
        <w:rPr>
          <w:sz w:val="24"/>
          <w:szCs w:val="24"/>
          <w:lang w:val="lt-LT"/>
        </w:rPr>
        <w:t xml:space="preserve">4. </w:t>
      </w:r>
      <w:r w:rsidR="00C633E6" w:rsidRPr="00202520">
        <w:rPr>
          <w:sz w:val="24"/>
          <w:szCs w:val="24"/>
          <w:lang w:val="lt-LT"/>
        </w:rPr>
        <w:t xml:space="preserve">darbuotojų saugos ir sveikatos, priešgaisrinės saugos ir kitų </w:t>
      </w:r>
      <w:r>
        <w:rPr>
          <w:sz w:val="24"/>
          <w:szCs w:val="24"/>
          <w:lang w:val="lt-LT"/>
        </w:rPr>
        <w:t>privalomų reikalavimų laikymąsi;</w:t>
      </w:r>
    </w:p>
    <w:p w:rsidR="00AB4D92" w:rsidRPr="00202520" w:rsidRDefault="00FF57DE" w:rsidP="00FF57DE">
      <w:pPr>
        <w:spacing w:after="0" w:line="240" w:lineRule="auto"/>
        <w:ind w:firstLine="567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 xml:space="preserve">28.5. </w:t>
      </w:r>
      <w:r w:rsidR="00C633E6" w:rsidRPr="00202520">
        <w:rPr>
          <w:sz w:val="24"/>
          <w:szCs w:val="24"/>
          <w:lang w:val="lt-LT"/>
        </w:rPr>
        <w:t>žalą, padarytą dėl savo kaltės, Lietuvos Respublikos teisės aktų nustatyta tvarka.</w:t>
      </w:r>
    </w:p>
    <w:p w:rsidR="00202520" w:rsidRPr="00202520" w:rsidRDefault="00202520" w:rsidP="00FF57DE">
      <w:pPr>
        <w:spacing w:after="0" w:line="240" w:lineRule="auto"/>
        <w:ind w:firstLine="709"/>
        <w:jc w:val="both"/>
        <w:rPr>
          <w:sz w:val="24"/>
          <w:szCs w:val="24"/>
          <w:lang w:val="lt-LT"/>
        </w:rPr>
      </w:pPr>
    </w:p>
    <w:p w:rsidR="00AB4D92" w:rsidRPr="00202520" w:rsidRDefault="00C633E6" w:rsidP="00202520">
      <w:pPr>
        <w:spacing w:after="0" w:line="240" w:lineRule="auto"/>
        <w:jc w:val="center"/>
        <w:rPr>
          <w:b/>
          <w:sz w:val="24"/>
          <w:szCs w:val="24"/>
          <w:lang w:val="lt-LT"/>
        </w:rPr>
      </w:pPr>
      <w:r w:rsidRPr="00202520">
        <w:rPr>
          <w:b/>
          <w:sz w:val="24"/>
          <w:szCs w:val="24"/>
          <w:lang w:val="lt-LT"/>
        </w:rPr>
        <w:t>VII SKYRIUS</w:t>
      </w:r>
      <w:r w:rsidRPr="00202520">
        <w:rPr>
          <w:b/>
          <w:sz w:val="24"/>
          <w:szCs w:val="24"/>
          <w:lang w:val="lt-LT"/>
        </w:rPr>
        <w:br/>
        <w:t>BAIGIAMOSIOS NUOSTATOS</w:t>
      </w:r>
    </w:p>
    <w:p w:rsidR="00202520" w:rsidRPr="00202520" w:rsidRDefault="00202520" w:rsidP="00202520">
      <w:pPr>
        <w:spacing w:after="0" w:line="240" w:lineRule="auto"/>
        <w:jc w:val="center"/>
        <w:rPr>
          <w:sz w:val="24"/>
          <w:szCs w:val="24"/>
          <w:lang w:val="lt-LT"/>
        </w:rPr>
      </w:pPr>
    </w:p>
    <w:p w:rsidR="00AB4D92" w:rsidRPr="00202520" w:rsidRDefault="00FF57DE" w:rsidP="00FF57DE">
      <w:pPr>
        <w:spacing w:after="0" w:line="240" w:lineRule="auto"/>
        <w:ind w:firstLine="567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29</w:t>
      </w:r>
      <w:r w:rsidR="00202520" w:rsidRPr="00202520">
        <w:rPr>
          <w:sz w:val="24"/>
          <w:szCs w:val="24"/>
          <w:lang w:val="lt-LT"/>
        </w:rPr>
        <w:t xml:space="preserve">. </w:t>
      </w:r>
      <w:r w:rsidR="00C633E6" w:rsidRPr="00202520">
        <w:rPr>
          <w:sz w:val="24"/>
          <w:szCs w:val="24"/>
          <w:lang w:val="lt-LT"/>
        </w:rPr>
        <w:t>Pareigybės aprašymas peržiūrimas ir keičiamas pasikeitus teisės aktams, Mokyklos veiklos organizavimui arba pareigybės funkcijoms.</w:t>
      </w:r>
    </w:p>
    <w:p w:rsidR="00AB4D92" w:rsidRPr="00202520" w:rsidRDefault="00FF57DE" w:rsidP="00FF57DE">
      <w:pPr>
        <w:spacing w:after="0" w:line="240" w:lineRule="auto"/>
        <w:ind w:firstLine="567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30</w:t>
      </w:r>
      <w:r w:rsidR="00202520" w:rsidRPr="00202520">
        <w:rPr>
          <w:sz w:val="24"/>
          <w:szCs w:val="24"/>
          <w:lang w:val="lt-LT"/>
        </w:rPr>
        <w:t xml:space="preserve">. </w:t>
      </w:r>
      <w:r w:rsidR="00C633E6" w:rsidRPr="00202520">
        <w:rPr>
          <w:sz w:val="24"/>
          <w:szCs w:val="24"/>
          <w:lang w:val="lt-LT"/>
        </w:rPr>
        <w:t>Darbuotojas su šiuo pareigybės aprašymu supažindinamas pasirašytinai arba Mokyklos naudojamomis elektroninėmis priemonėmis.</w:t>
      </w:r>
    </w:p>
    <w:p w:rsidR="00AB4D92" w:rsidRPr="00202520" w:rsidRDefault="00AB4D92" w:rsidP="00202520">
      <w:pPr>
        <w:spacing w:after="0" w:line="240" w:lineRule="auto"/>
        <w:rPr>
          <w:sz w:val="24"/>
          <w:szCs w:val="24"/>
        </w:rPr>
      </w:pPr>
    </w:p>
    <w:p w:rsidR="00AB4D92" w:rsidRPr="00202520" w:rsidRDefault="00C633E6" w:rsidP="00202520">
      <w:pPr>
        <w:spacing w:after="0" w:line="240" w:lineRule="auto"/>
        <w:rPr>
          <w:sz w:val="24"/>
          <w:szCs w:val="24"/>
        </w:rPr>
      </w:pPr>
      <w:r w:rsidRPr="00202520">
        <w:rPr>
          <w:sz w:val="24"/>
          <w:szCs w:val="24"/>
        </w:rPr>
        <w:t xml:space="preserve">Su </w:t>
      </w:r>
      <w:proofErr w:type="spellStart"/>
      <w:r w:rsidRPr="00202520">
        <w:rPr>
          <w:sz w:val="24"/>
          <w:szCs w:val="24"/>
        </w:rPr>
        <w:t>pareigybės</w:t>
      </w:r>
      <w:proofErr w:type="spellEnd"/>
      <w:r w:rsidRPr="00202520">
        <w:rPr>
          <w:sz w:val="24"/>
          <w:szCs w:val="24"/>
        </w:rPr>
        <w:t xml:space="preserve"> </w:t>
      </w:r>
      <w:proofErr w:type="spellStart"/>
      <w:r w:rsidRPr="00202520">
        <w:rPr>
          <w:sz w:val="24"/>
          <w:szCs w:val="24"/>
        </w:rPr>
        <w:t>aprašymu</w:t>
      </w:r>
      <w:proofErr w:type="spellEnd"/>
      <w:r w:rsidRPr="00202520">
        <w:rPr>
          <w:sz w:val="24"/>
          <w:szCs w:val="24"/>
        </w:rPr>
        <w:t xml:space="preserve"> </w:t>
      </w:r>
      <w:proofErr w:type="spellStart"/>
      <w:r w:rsidRPr="00202520">
        <w:rPr>
          <w:sz w:val="24"/>
          <w:szCs w:val="24"/>
        </w:rPr>
        <w:t>susipažinau</w:t>
      </w:r>
      <w:proofErr w:type="spellEnd"/>
      <w:r w:rsidRPr="00202520">
        <w:rPr>
          <w:sz w:val="24"/>
          <w:szCs w:val="24"/>
        </w:rPr>
        <w:t>:</w:t>
      </w:r>
    </w:p>
    <w:p w:rsidR="00AB4D92" w:rsidRPr="00202520" w:rsidRDefault="00C633E6" w:rsidP="00202520">
      <w:pPr>
        <w:spacing w:after="0" w:line="240" w:lineRule="auto"/>
        <w:rPr>
          <w:sz w:val="24"/>
          <w:szCs w:val="24"/>
        </w:rPr>
      </w:pPr>
      <w:r w:rsidRPr="00202520">
        <w:rPr>
          <w:sz w:val="24"/>
          <w:szCs w:val="24"/>
        </w:rPr>
        <w:t>______________________________        ______________________________</w:t>
      </w:r>
      <w:r w:rsidR="00202520">
        <w:rPr>
          <w:sz w:val="24"/>
          <w:szCs w:val="24"/>
        </w:rPr>
        <w:t xml:space="preserve">   ____________</w:t>
      </w:r>
    </w:p>
    <w:p w:rsidR="00AB4D92" w:rsidRPr="00202520" w:rsidRDefault="00202520" w:rsidP="0020252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</w:t>
      </w:r>
      <w:r w:rsidR="00C633E6" w:rsidRPr="00202520"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V</w:t>
      </w:r>
      <w:r w:rsidR="00C633E6" w:rsidRPr="00202520">
        <w:rPr>
          <w:sz w:val="24"/>
          <w:szCs w:val="24"/>
        </w:rPr>
        <w:t>ardas</w:t>
      </w:r>
      <w:proofErr w:type="spellEnd"/>
      <w:r w:rsidR="00C633E6" w:rsidRPr="00202520">
        <w:rPr>
          <w:sz w:val="24"/>
          <w:szCs w:val="24"/>
        </w:rPr>
        <w:t xml:space="preserve">, </w:t>
      </w:r>
      <w:proofErr w:type="spellStart"/>
      <w:proofErr w:type="gramStart"/>
      <w:r w:rsidR="00C633E6" w:rsidRPr="00202520">
        <w:rPr>
          <w:sz w:val="24"/>
          <w:szCs w:val="24"/>
        </w:rPr>
        <w:t>pavardė</w:t>
      </w:r>
      <w:proofErr w:type="spellEnd"/>
      <w:r w:rsidR="00C633E6" w:rsidRPr="00202520">
        <w:rPr>
          <w:sz w:val="24"/>
          <w:szCs w:val="24"/>
        </w:rPr>
        <w:t xml:space="preserve">)   </w:t>
      </w:r>
      <w:proofErr w:type="gramEnd"/>
      <w:r w:rsidR="00C633E6" w:rsidRPr="00202520">
        <w:rPr>
          <w:sz w:val="24"/>
          <w:szCs w:val="24"/>
        </w:rPr>
        <w:t xml:space="preserve">                     </w:t>
      </w:r>
      <w:r>
        <w:rPr>
          <w:sz w:val="24"/>
          <w:szCs w:val="24"/>
        </w:rPr>
        <w:t xml:space="preserve">                  </w:t>
      </w:r>
      <w:r w:rsidR="00C633E6" w:rsidRPr="00202520">
        <w:rPr>
          <w:sz w:val="24"/>
          <w:szCs w:val="24"/>
        </w:rPr>
        <w:t xml:space="preserve"> (</w:t>
      </w:r>
      <w:proofErr w:type="spellStart"/>
      <w:r w:rsidR="00C633E6" w:rsidRPr="00202520">
        <w:rPr>
          <w:sz w:val="24"/>
          <w:szCs w:val="24"/>
        </w:rPr>
        <w:t>parašas</w:t>
      </w:r>
      <w:proofErr w:type="spellEnd"/>
      <w:r w:rsidR="00C633E6" w:rsidRPr="00202520">
        <w:rPr>
          <w:sz w:val="24"/>
          <w:szCs w:val="24"/>
        </w:rPr>
        <w:t>)</w:t>
      </w:r>
      <w:r>
        <w:rPr>
          <w:sz w:val="24"/>
          <w:szCs w:val="24"/>
        </w:rPr>
        <w:t xml:space="preserve">                                     (data)</w:t>
      </w:r>
    </w:p>
    <w:sectPr w:rsidR="00AB4D92" w:rsidRPr="00202520" w:rsidSect="007E3A6E">
      <w:pgSz w:w="12240" w:h="15840"/>
      <w:pgMar w:top="567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02520"/>
    <w:rsid w:val="0029639D"/>
    <w:rsid w:val="00326F90"/>
    <w:rsid w:val="007627A3"/>
    <w:rsid w:val="007E3A6E"/>
    <w:rsid w:val="00AA1D8D"/>
    <w:rsid w:val="00AB4D92"/>
    <w:rsid w:val="00B47730"/>
    <w:rsid w:val="00C633E6"/>
    <w:rsid w:val="00CB0664"/>
    <w:rsid w:val="00E02A12"/>
    <w:rsid w:val="00FC693F"/>
    <w:rsid w:val="00FF5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3B3805"/>
  <w14:defaultImageDpi w14:val="300"/>
  <w15:docId w15:val="{8338BCCE-6046-416B-A56F-CE09EA378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C693F"/>
    <w:pPr>
      <w:spacing w:after="120"/>
    </w:pPr>
    <w:rPr>
      <w:rFonts w:ascii="Times New Roman" w:hAnsi="Times New Roman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633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633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D7B3EFE-0E54-46DD-8445-EADCE0487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2763</Words>
  <Characters>1575</Characters>
  <Application>Microsoft Office Word</Application>
  <DocSecurity>0</DocSecurity>
  <Lines>13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4330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Adelė Kazlauskienė</cp:lastModifiedBy>
  <cp:revision>8</cp:revision>
  <cp:lastPrinted>2026-10-12T13:38:00Z</cp:lastPrinted>
  <dcterms:created xsi:type="dcterms:W3CDTF">2013-12-23T23:15:00Z</dcterms:created>
  <dcterms:modified xsi:type="dcterms:W3CDTF">2026-10-13T05:03:00Z</dcterms:modified>
  <cp:category/>
</cp:coreProperties>
</file>