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573" w:rsidRPr="001A6260" w:rsidRDefault="002C0573" w:rsidP="002C0573">
      <w:pPr>
        <w:tabs>
          <w:tab w:val="left" w:pos="7371"/>
        </w:tabs>
        <w:spacing w:after="0" w:line="240" w:lineRule="auto"/>
        <w:ind w:right="1841" w:firstLine="5670"/>
        <w:jc w:val="both"/>
        <w:rPr>
          <w:rFonts w:eastAsia="Calibri" w:cs="Times New Roman"/>
          <w:szCs w:val="24"/>
          <w:lang w:val="lt-LT" w:eastAsia="lt-LT"/>
        </w:rPr>
      </w:pPr>
      <w:bookmarkStart w:id="0" w:name="X5b0ade501ed4412f94ef5d26dde4e614"/>
      <w:r w:rsidRPr="001A6260">
        <w:rPr>
          <w:rFonts w:eastAsia="Calibri" w:cs="Times New Roman"/>
          <w:szCs w:val="24"/>
          <w:lang w:val="lt-LT" w:eastAsia="lt-LT"/>
        </w:rPr>
        <w:t>PATVIRTINTA</w:t>
      </w:r>
      <w:bookmarkEnd w:id="0"/>
    </w:p>
    <w:p w:rsidR="002C0573" w:rsidRPr="001A6260" w:rsidRDefault="002C0573" w:rsidP="002C0573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Druskininkų „Saulės“ pagrindinės mokyklos </w:t>
      </w:r>
    </w:p>
    <w:p w:rsidR="002C0573" w:rsidRPr="001A6260" w:rsidRDefault="002C0573" w:rsidP="002C0573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cs="Times New Roman"/>
          <w:color w:val="000000"/>
          <w:szCs w:val="24"/>
          <w:lang w:val="lt-LT" w:eastAsia="lt-LT"/>
        </w:rPr>
      </w:pPr>
      <w:r w:rsidRPr="001A6260">
        <w:rPr>
          <w:rFonts w:eastAsia="Calibri" w:cs="Times New Roman"/>
          <w:szCs w:val="24"/>
          <w:lang w:val="lt-LT" w:eastAsia="lt-LT"/>
        </w:rPr>
        <w:t xml:space="preserve">direktoriaus </w:t>
      </w:r>
      <w:r w:rsidRPr="001A6260">
        <w:rPr>
          <w:rFonts w:cs="Times New Roman"/>
          <w:color w:val="000000"/>
          <w:szCs w:val="24"/>
          <w:lang w:val="lt-LT" w:eastAsia="lt-LT"/>
        </w:rPr>
        <w:t>2025 m. rugsėjo 1 d.</w:t>
      </w:r>
    </w:p>
    <w:p w:rsidR="002C0573" w:rsidRPr="001A6260" w:rsidRDefault="002C0573" w:rsidP="002C0573">
      <w:pPr>
        <w:tabs>
          <w:tab w:val="left" w:pos="7371"/>
          <w:tab w:val="left" w:pos="8931"/>
        </w:tabs>
        <w:spacing w:after="0" w:line="240" w:lineRule="auto"/>
        <w:ind w:right="282" w:firstLine="5670"/>
        <w:jc w:val="both"/>
        <w:rPr>
          <w:rFonts w:eastAsia="Calibri" w:cs="Times New Roman"/>
          <w:szCs w:val="24"/>
          <w:lang w:val="lt-LT" w:eastAsia="lt-LT"/>
        </w:rPr>
      </w:pPr>
      <w:r w:rsidRPr="001A6260">
        <w:rPr>
          <w:rFonts w:cs="Times New Roman"/>
          <w:color w:val="000000"/>
          <w:szCs w:val="24"/>
          <w:lang w:val="lt-LT" w:eastAsia="lt-LT"/>
        </w:rPr>
        <w:t xml:space="preserve"> įsakymu Nr. V1-96</w:t>
      </w:r>
    </w:p>
    <w:p w:rsidR="00E43817" w:rsidRPr="001A6260" w:rsidRDefault="00E43817">
      <w:pPr>
        <w:rPr>
          <w:rFonts w:cs="Times New Roman"/>
          <w:lang w:val="lt-LT"/>
        </w:rPr>
      </w:pPr>
    </w:p>
    <w:p w:rsidR="00E43817" w:rsidRPr="001A6260" w:rsidRDefault="00095383" w:rsidP="002C0573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  <w:r w:rsidRPr="001A6260">
        <w:rPr>
          <w:rFonts w:cs="Times New Roman"/>
          <w:b/>
          <w:sz w:val="24"/>
          <w:szCs w:val="24"/>
          <w:lang w:val="lt-LT"/>
        </w:rPr>
        <w:t>DRUSKININKŲ „SAULĖS“ PAGRINDINĖS MOKYKLOS</w:t>
      </w:r>
    </w:p>
    <w:p w:rsidR="00E43817" w:rsidRPr="001A6260" w:rsidRDefault="00095383" w:rsidP="002C0573">
      <w:pPr>
        <w:spacing w:after="0" w:line="240" w:lineRule="auto"/>
        <w:jc w:val="center"/>
        <w:rPr>
          <w:rFonts w:cs="Times New Roman"/>
          <w:sz w:val="24"/>
          <w:szCs w:val="24"/>
          <w:lang w:val="lt-LT"/>
        </w:rPr>
      </w:pPr>
      <w:r w:rsidRPr="001A6260">
        <w:rPr>
          <w:rFonts w:cs="Times New Roman"/>
          <w:b/>
          <w:sz w:val="24"/>
          <w:szCs w:val="24"/>
          <w:lang w:val="lt-LT"/>
        </w:rPr>
        <w:t>MOKYTOJO KONSULTANTO</w:t>
      </w:r>
      <w:r w:rsidR="00A904E2">
        <w:rPr>
          <w:rFonts w:cs="Times New Roman"/>
          <w:b/>
          <w:sz w:val="24"/>
          <w:szCs w:val="24"/>
          <w:lang w:val="lt-LT"/>
        </w:rPr>
        <w:t>, DIRBANČIO VISOS DIENOS MOKYKLOS PROJEKTE,</w:t>
      </w:r>
      <w:bookmarkStart w:id="1" w:name="_GoBack"/>
      <w:bookmarkEnd w:id="1"/>
      <w:r w:rsidRPr="001A6260">
        <w:rPr>
          <w:rFonts w:cs="Times New Roman"/>
          <w:b/>
          <w:sz w:val="24"/>
          <w:szCs w:val="24"/>
          <w:lang w:val="lt-LT"/>
        </w:rPr>
        <w:t xml:space="preserve"> PAREIGYBĖS APRAŠYMAS</w:t>
      </w:r>
    </w:p>
    <w:p w:rsidR="00E43817" w:rsidRPr="001A6260" w:rsidRDefault="00E43817">
      <w:pPr>
        <w:rPr>
          <w:rFonts w:cs="Times New Roman"/>
          <w:lang w:val="lt-LT"/>
        </w:rPr>
      </w:pPr>
    </w:p>
    <w:p w:rsidR="00E43817" w:rsidRPr="001A6260" w:rsidRDefault="00095383" w:rsidP="002C0573">
      <w:pPr>
        <w:spacing w:after="0" w:line="240" w:lineRule="auto"/>
        <w:jc w:val="center"/>
        <w:rPr>
          <w:rFonts w:cs="Times New Roman"/>
          <w:b/>
          <w:sz w:val="24"/>
          <w:lang w:val="lt-LT"/>
        </w:rPr>
      </w:pPr>
      <w:r w:rsidRPr="001A6260">
        <w:rPr>
          <w:rFonts w:cs="Times New Roman"/>
          <w:b/>
          <w:sz w:val="24"/>
          <w:lang w:val="lt-LT"/>
        </w:rPr>
        <w:t>I SKYRIUS</w:t>
      </w:r>
      <w:r w:rsidRPr="001A6260">
        <w:rPr>
          <w:rFonts w:cs="Times New Roman"/>
          <w:b/>
          <w:sz w:val="24"/>
          <w:lang w:val="lt-LT"/>
        </w:rPr>
        <w:br/>
        <w:t>BENDROSIOS NUOSTATOS</w:t>
      </w:r>
    </w:p>
    <w:p w:rsidR="001A6260" w:rsidRPr="001A6260" w:rsidRDefault="001A6260" w:rsidP="002C0573">
      <w:pPr>
        <w:spacing w:after="0" w:line="240" w:lineRule="auto"/>
        <w:jc w:val="center"/>
        <w:rPr>
          <w:rFonts w:cs="Times New Roman"/>
          <w:sz w:val="24"/>
          <w:lang w:val="lt-LT"/>
        </w:rPr>
      </w:pPr>
    </w:p>
    <w:p w:rsidR="00E43817" w:rsidRPr="001A6260" w:rsidRDefault="00095383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 xml:space="preserve">1. Pareigybės pavadinimas – </w:t>
      </w:r>
      <w:r w:rsidR="007676F3">
        <w:rPr>
          <w:rFonts w:cs="Times New Roman"/>
          <w:sz w:val="24"/>
          <w:lang w:val="lt-LT"/>
        </w:rPr>
        <w:t>mokytojas konsultantas</w:t>
      </w:r>
      <w:r w:rsidRPr="001A6260">
        <w:rPr>
          <w:rFonts w:cs="Times New Roman"/>
          <w:sz w:val="24"/>
          <w:lang w:val="lt-LT"/>
        </w:rPr>
        <w:t>.</w:t>
      </w:r>
    </w:p>
    <w:p w:rsidR="00E43817" w:rsidRPr="001A6260" w:rsidRDefault="00095383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2. Pareigybės grupė – pedagoginis darbuotojas.</w:t>
      </w:r>
    </w:p>
    <w:p w:rsidR="00E43817" w:rsidRPr="001A6260" w:rsidRDefault="00095383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3. Pareigybės lygis nustatomas Mokyklos pareigybių sąraše ir darbo apmokėjimą reglamentuojančiuose teisės aktuose.</w:t>
      </w:r>
    </w:p>
    <w:p w:rsidR="00E43817" w:rsidRPr="001A6260" w:rsidRDefault="00095383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4. Darbuotoją į pareigas priima ir iš pareigų atleidžia Mokyklos direktorius Lietuvos Respublikos teisės aktų nustatyta tvarka.</w:t>
      </w:r>
    </w:p>
    <w:p w:rsidR="00E43817" w:rsidRPr="001A6260" w:rsidRDefault="00095383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5. Darbuotojas tiesiogiai pavaldus Mokyklos direktoriui arba jo įgaliotam vadovui, jeigu toks paskirtas.</w:t>
      </w:r>
    </w:p>
    <w:p w:rsidR="00E43817" w:rsidRPr="001A6260" w:rsidRDefault="00095383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 xml:space="preserve">6. Darbuotojas savo veikloje vadovaujasi Lietuvos Respublikos teisės aktais, Mokyklos nuostatais, ugdymo planu, darbo tvarkos taisyklėmis, </w:t>
      </w:r>
      <w:r w:rsidR="001A6260" w:rsidRPr="001A6260">
        <w:rPr>
          <w:rFonts w:cs="Times New Roman"/>
          <w:sz w:val="24"/>
          <w:szCs w:val="24"/>
          <w:lang w:val="lt-LT"/>
        </w:rPr>
        <w:t xml:space="preserve">Visos dienos mokyklos (toliau – VDM) </w:t>
      </w:r>
      <w:r w:rsidRPr="001A6260">
        <w:rPr>
          <w:rFonts w:cs="Times New Roman"/>
          <w:sz w:val="24"/>
          <w:lang w:val="lt-LT"/>
        </w:rPr>
        <w:t>veiklos organizavimo tvarkos aprašu, kitais Mokyklos vidaus dokumentais ir šiuo pareigybės aprašymu.</w:t>
      </w:r>
    </w:p>
    <w:p w:rsidR="001A6260" w:rsidRPr="001A6260" w:rsidRDefault="001A6260" w:rsidP="002C0573">
      <w:pPr>
        <w:spacing w:after="0" w:line="240" w:lineRule="auto"/>
        <w:ind w:firstLine="567"/>
        <w:rPr>
          <w:rFonts w:cs="Times New Roman"/>
          <w:sz w:val="24"/>
          <w:lang w:val="lt-LT"/>
        </w:rPr>
      </w:pPr>
    </w:p>
    <w:p w:rsidR="00E43817" w:rsidRPr="001A6260" w:rsidRDefault="00095383" w:rsidP="002C0573">
      <w:pPr>
        <w:spacing w:after="0" w:line="240" w:lineRule="auto"/>
        <w:jc w:val="center"/>
        <w:rPr>
          <w:rFonts w:cs="Times New Roman"/>
          <w:b/>
          <w:sz w:val="24"/>
          <w:lang w:val="lt-LT"/>
        </w:rPr>
      </w:pPr>
      <w:r w:rsidRPr="001A6260">
        <w:rPr>
          <w:rFonts w:cs="Times New Roman"/>
          <w:b/>
          <w:sz w:val="24"/>
          <w:lang w:val="lt-LT"/>
        </w:rPr>
        <w:t>II SKYRIUS</w:t>
      </w:r>
      <w:r w:rsidRPr="001A6260">
        <w:rPr>
          <w:rFonts w:cs="Times New Roman"/>
          <w:b/>
          <w:sz w:val="24"/>
          <w:lang w:val="lt-LT"/>
        </w:rPr>
        <w:br/>
        <w:t>PAREIGYBĖS TIKSLAS</w:t>
      </w:r>
    </w:p>
    <w:p w:rsidR="001A6260" w:rsidRPr="001A6260" w:rsidRDefault="001A6260" w:rsidP="002C0573">
      <w:pPr>
        <w:spacing w:after="0" w:line="240" w:lineRule="auto"/>
        <w:jc w:val="center"/>
        <w:rPr>
          <w:rFonts w:cs="Times New Roman"/>
          <w:sz w:val="24"/>
          <w:lang w:val="lt-LT"/>
        </w:rPr>
      </w:pP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7. T</w:t>
      </w:r>
      <w:r w:rsidR="00095383" w:rsidRPr="001A6260">
        <w:rPr>
          <w:rFonts w:cs="Times New Roman"/>
          <w:sz w:val="24"/>
          <w:lang w:val="lt-LT"/>
        </w:rPr>
        <w:t>eikti mokiniams individualią ir grupinę mokymosi pagalbą, padėti įveikti mokymosi sunkumus ir ugdyti savarankiško mokymosi gebėjimus.</w:t>
      </w:r>
    </w:p>
    <w:p w:rsidR="001A6260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</w:p>
    <w:p w:rsidR="00E43817" w:rsidRPr="001A6260" w:rsidRDefault="00095383" w:rsidP="002C0573">
      <w:pPr>
        <w:spacing w:after="0" w:line="240" w:lineRule="auto"/>
        <w:jc w:val="center"/>
        <w:rPr>
          <w:rFonts w:cs="Times New Roman"/>
          <w:b/>
          <w:sz w:val="24"/>
          <w:lang w:val="lt-LT"/>
        </w:rPr>
      </w:pPr>
      <w:r w:rsidRPr="001A6260">
        <w:rPr>
          <w:rFonts w:cs="Times New Roman"/>
          <w:b/>
          <w:sz w:val="24"/>
          <w:lang w:val="lt-LT"/>
        </w:rPr>
        <w:t>III SKYRIUS</w:t>
      </w:r>
      <w:r w:rsidRPr="001A6260">
        <w:rPr>
          <w:rFonts w:cs="Times New Roman"/>
          <w:b/>
          <w:sz w:val="24"/>
          <w:lang w:val="lt-LT"/>
        </w:rPr>
        <w:br/>
        <w:t>KVALIFIKACINIAI REIKALAVIMAI</w:t>
      </w:r>
    </w:p>
    <w:p w:rsidR="001A6260" w:rsidRPr="001A6260" w:rsidRDefault="001A6260" w:rsidP="002C0573">
      <w:pPr>
        <w:spacing w:after="0" w:line="240" w:lineRule="auto"/>
        <w:jc w:val="center"/>
        <w:rPr>
          <w:rFonts w:cs="Times New Roman"/>
          <w:sz w:val="24"/>
          <w:lang w:val="lt-LT"/>
        </w:rPr>
      </w:pP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8. T</w:t>
      </w:r>
      <w:r w:rsidR="00095383" w:rsidRPr="001A6260">
        <w:rPr>
          <w:rFonts w:cs="Times New Roman"/>
          <w:sz w:val="24"/>
          <w:lang w:val="lt-LT"/>
        </w:rPr>
        <w:t>urėti teisės aktuose nustatytą mokytojo išsilavinimą ir kvalifikaciją arba atitikti mokytojui nustatyt</w:t>
      </w:r>
      <w:r w:rsidRPr="001A6260">
        <w:rPr>
          <w:rFonts w:cs="Times New Roman"/>
          <w:sz w:val="24"/>
          <w:lang w:val="lt-LT"/>
        </w:rPr>
        <w:t>us kvalifikacinius reikalavimus.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9. G</w:t>
      </w:r>
      <w:r w:rsidR="00095383" w:rsidRPr="001A6260">
        <w:rPr>
          <w:rFonts w:cs="Times New Roman"/>
          <w:sz w:val="24"/>
          <w:lang w:val="lt-LT"/>
        </w:rPr>
        <w:t>ebėti diferencijuoti ir in</w:t>
      </w:r>
      <w:r w:rsidRPr="001A6260">
        <w:rPr>
          <w:rFonts w:cs="Times New Roman"/>
          <w:sz w:val="24"/>
          <w:lang w:val="lt-LT"/>
        </w:rPr>
        <w:t>dividualizuoti mokymosi pagalbą.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10. G</w:t>
      </w:r>
      <w:r w:rsidR="00095383" w:rsidRPr="001A6260">
        <w:rPr>
          <w:rFonts w:cs="Times New Roman"/>
          <w:sz w:val="24"/>
          <w:lang w:val="lt-LT"/>
        </w:rPr>
        <w:t>ebėti bendradarbiauti su mokytojais, pagalbos mokiniui specialistais, mokiniais ir jų tėvais (globėjais, rūpintojais).</w:t>
      </w:r>
    </w:p>
    <w:p w:rsidR="001A6260" w:rsidRPr="001A6260" w:rsidRDefault="001A6260" w:rsidP="002C0573">
      <w:pPr>
        <w:spacing w:after="0" w:line="240" w:lineRule="auto"/>
        <w:ind w:firstLine="567"/>
        <w:rPr>
          <w:rFonts w:cs="Times New Roman"/>
          <w:sz w:val="24"/>
          <w:lang w:val="lt-LT"/>
        </w:rPr>
      </w:pPr>
    </w:p>
    <w:p w:rsidR="00E43817" w:rsidRPr="001A6260" w:rsidRDefault="00095383" w:rsidP="002C0573">
      <w:pPr>
        <w:spacing w:after="0" w:line="240" w:lineRule="auto"/>
        <w:jc w:val="center"/>
        <w:rPr>
          <w:rFonts w:cs="Times New Roman"/>
          <w:b/>
          <w:sz w:val="24"/>
          <w:lang w:val="lt-LT"/>
        </w:rPr>
      </w:pPr>
      <w:r w:rsidRPr="001A6260">
        <w:rPr>
          <w:rFonts w:cs="Times New Roman"/>
          <w:b/>
          <w:sz w:val="24"/>
          <w:lang w:val="lt-LT"/>
        </w:rPr>
        <w:t>IV SKYRIUS</w:t>
      </w:r>
      <w:r w:rsidRPr="001A6260">
        <w:rPr>
          <w:rFonts w:cs="Times New Roman"/>
          <w:b/>
          <w:sz w:val="24"/>
          <w:lang w:val="lt-LT"/>
        </w:rPr>
        <w:br/>
        <w:t>FUNKCIJOS</w:t>
      </w:r>
    </w:p>
    <w:p w:rsidR="001A6260" w:rsidRPr="001A6260" w:rsidRDefault="001A6260" w:rsidP="002C0573">
      <w:pPr>
        <w:spacing w:after="0" w:line="240" w:lineRule="auto"/>
        <w:jc w:val="center"/>
        <w:rPr>
          <w:rFonts w:cs="Times New Roman"/>
          <w:sz w:val="24"/>
          <w:lang w:val="lt-LT"/>
        </w:rPr>
      </w:pP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11. T</w:t>
      </w:r>
      <w:r w:rsidR="00095383" w:rsidRPr="001A6260">
        <w:rPr>
          <w:rFonts w:cs="Times New Roman"/>
          <w:sz w:val="24"/>
          <w:lang w:val="lt-LT"/>
        </w:rPr>
        <w:t xml:space="preserve">eikia individualias ir </w:t>
      </w:r>
      <w:r w:rsidRPr="001A6260">
        <w:rPr>
          <w:rFonts w:cs="Times New Roman"/>
          <w:sz w:val="24"/>
          <w:lang w:val="lt-LT"/>
        </w:rPr>
        <w:t>grupines mokymosi konsultacijas.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12. P</w:t>
      </w:r>
      <w:r w:rsidR="00095383" w:rsidRPr="001A6260">
        <w:rPr>
          <w:rFonts w:cs="Times New Roman"/>
          <w:sz w:val="24"/>
          <w:lang w:val="lt-LT"/>
        </w:rPr>
        <w:t>adeda mokiniams atlikti nebaigtas ir namų užduotis, mokytis sav</w:t>
      </w:r>
      <w:r w:rsidRPr="001A6260">
        <w:rPr>
          <w:rFonts w:cs="Times New Roman"/>
          <w:sz w:val="24"/>
          <w:lang w:val="lt-LT"/>
        </w:rPr>
        <w:t>arankiškai ir planuoti mokymąsi.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13. A</w:t>
      </w:r>
      <w:r w:rsidR="00095383" w:rsidRPr="001A6260">
        <w:rPr>
          <w:rFonts w:cs="Times New Roman"/>
          <w:sz w:val="24"/>
          <w:lang w:val="lt-LT"/>
        </w:rPr>
        <w:t>iškina mokymosi medžiagą ir parenka mokinio poreiki</w:t>
      </w:r>
      <w:r w:rsidRPr="001A6260">
        <w:rPr>
          <w:rFonts w:cs="Times New Roman"/>
          <w:sz w:val="24"/>
          <w:lang w:val="lt-LT"/>
        </w:rPr>
        <w:t>us atitinkančius mokymosi būdus.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14. D</w:t>
      </w:r>
      <w:r w:rsidR="00095383" w:rsidRPr="001A6260">
        <w:rPr>
          <w:rFonts w:cs="Times New Roman"/>
          <w:sz w:val="24"/>
          <w:lang w:val="lt-LT"/>
        </w:rPr>
        <w:t>iferencijuoja užduotis pagal mokin</w:t>
      </w:r>
      <w:r w:rsidRPr="001A6260">
        <w:rPr>
          <w:rFonts w:cs="Times New Roman"/>
          <w:sz w:val="24"/>
          <w:lang w:val="lt-LT"/>
        </w:rPr>
        <w:t>io galias ir ugdymosi poreikius.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15. S</w:t>
      </w:r>
      <w:r w:rsidR="00095383" w:rsidRPr="001A6260">
        <w:rPr>
          <w:rFonts w:cs="Times New Roman"/>
          <w:sz w:val="24"/>
          <w:lang w:val="lt-LT"/>
        </w:rPr>
        <w:t>tebi mokinio mokymosi pažangą ir pagal kompetencij</w:t>
      </w:r>
      <w:r w:rsidRPr="001A6260">
        <w:rPr>
          <w:rFonts w:cs="Times New Roman"/>
          <w:sz w:val="24"/>
          <w:lang w:val="lt-LT"/>
        </w:rPr>
        <w:t>ą teikia informaciją mokytojams.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16. B</w:t>
      </w:r>
      <w:r w:rsidR="00095383" w:rsidRPr="001A6260">
        <w:rPr>
          <w:rFonts w:cs="Times New Roman"/>
          <w:sz w:val="24"/>
          <w:lang w:val="lt-LT"/>
        </w:rPr>
        <w:t>endradarbiauja su klasės vadovu, dalykų mokytojais, pradinio ugdymo mokytojais, logopedu, kitais pagalbos mokiniui specialistais</w:t>
      </w:r>
      <w:r w:rsidRPr="001A6260">
        <w:rPr>
          <w:rFonts w:cs="Times New Roman"/>
          <w:sz w:val="24"/>
          <w:lang w:val="lt-LT"/>
        </w:rPr>
        <w:t xml:space="preserve"> ir pailgintos grupės auklėtoju.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lastRenderedPageBreak/>
        <w:t>17. P</w:t>
      </w:r>
      <w:r w:rsidR="00095383" w:rsidRPr="001A6260">
        <w:rPr>
          <w:rFonts w:cs="Times New Roman"/>
          <w:sz w:val="24"/>
          <w:lang w:val="lt-LT"/>
        </w:rPr>
        <w:t>agal poreikį dalyvauja rengiant mokymosi pagalbos priemones ir in</w:t>
      </w:r>
      <w:r w:rsidRPr="001A6260">
        <w:rPr>
          <w:rFonts w:cs="Times New Roman"/>
          <w:sz w:val="24"/>
          <w:lang w:val="lt-LT"/>
        </w:rPr>
        <w:t>dividualius pagalbos sprendimus.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18. I</w:t>
      </w:r>
      <w:r w:rsidR="00095383" w:rsidRPr="001A6260">
        <w:rPr>
          <w:rFonts w:cs="Times New Roman"/>
          <w:sz w:val="24"/>
          <w:lang w:val="lt-LT"/>
        </w:rPr>
        <w:t>nformuoja mokinius ir jų tėvus (globėjus, rūpintojus) apie mokymosi pagalbos organiz</w:t>
      </w:r>
      <w:r w:rsidRPr="001A6260">
        <w:rPr>
          <w:rFonts w:cs="Times New Roman"/>
          <w:sz w:val="24"/>
          <w:lang w:val="lt-LT"/>
        </w:rPr>
        <w:t>avimą Mokyklos nustatyta tvarka.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19. F</w:t>
      </w:r>
      <w:r w:rsidR="00095383" w:rsidRPr="001A6260">
        <w:rPr>
          <w:rFonts w:cs="Times New Roman"/>
          <w:sz w:val="24"/>
          <w:lang w:val="lt-LT"/>
        </w:rPr>
        <w:t>iksuoja konsultacijas ir mokinių dalyvavimą nust</w:t>
      </w:r>
      <w:r w:rsidRPr="001A6260">
        <w:rPr>
          <w:rFonts w:cs="Times New Roman"/>
          <w:sz w:val="24"/>
          <w:lang w:val="lt-LT"/>
        </w:rPr>
        <w:t>atyta tvarka.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20. V</w:t>
      </w:r>
      <w:r w:rsidR="00095383" w:rsidRPr="001A6260">
        <w:rPr>
          <w:rFonts w:cs="Times New Roman"/>
          <w:sz w:val="24"/>
          <w:lang w:val="lt-LT"/>
        </w:rPr>
        <w:t>ykdo kitas su pareigybės funkcijomis susijusias teisėtas Mokyklos direktoriaus užduotis.</w:t>
      </w:r>
    </w:p>
    <w:p w:rsidR="001A6260" w:rsidRPr="001A6260" w:rsidRDefault="001A6260" w:rsidP="002C0573">
      <w:pPr>
        <w:spacing w:after="0" w:line="240" w:lineRule="auto"/>
        <w:ind w:firstLine="567"/>
        <w:rPr>
          <w:rFonts w:cs="Times New Roman"/>
          <w:sz w:val="24"/>
          <w:lang w:val="lt-LT"/>
        </w:rPr>
      </w:pPr>
    </w:p>
    <w:p w:rsidR="00E43817" w:rsidRPr="001A6260" w:rsidRDefault="00095383" w:rsidP="002C0573">
      <w:pPr>
        <w:spacing w:after="0" w:line="240" w:lineRule="auto"/>
        <w:jc w:val="center"/>
        <w:rPr>
          <w:rFonts w:cs="Times New Roman"/>
          <w:b/>
          <w:sz w:val="24"/>
          <w:lang w:val="lt-LT"/>
        </w:rPr>
      </w:pPr>
      <w:r w:rsidRPr="001A6260">
        <w:rPr>
          <w:rFonts w:cs="Times New Roman"/>
          <w:b/>
          <w:sz w:val="24"/>
          <w:lang w:val="lt-LT"/>
        </w:rPr>
        <w:t>V SKYRIUS</w:t>
      </w:r>
      <w:r w:rsidRPr="001A6260">
        <w:rPr>
          <w:rFonts w:cs="Times New Roman"/>
          <w:b/>
          <w:sz w:val="24"/>
          <w:lang w:val="lt-LT"/>
        </w:rPr>
        <w:br/>
        <w:t>TEISĖS</w:t>
      </w:r>
    </w:p>
    <w:p w:rsidR="001A6260" w:rsidRPr="001A6260" w:rsidRDefault="001A6260" w:rsidP="002C0573">
      <w:pPr>
        <w:spacing w:after="0" w:line="240" w:lineRule="auto"/>
        <w:jc w:val="center"/>
        <w:rPr>
          <w:rFonts w:cs="Times New Roman"/>
          <w:sz w:val="24"/>
          <w:lang w:val="lt-LT"/>
        </w:rPr>
      </w:pP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21. G</w:t>
      </w:r>
      <w:r w:rsidR="00095383" w:rsidRPr="001A6260">
        <w:rPr>
          <w:rFonts w:cs="Times New Roman"/>
          <w:sz w:val="24"/>
          <w:lang w:val="lt-LT"/>
        </w:rPr>
        <w:t>auti darbui reikalingą informaciją, priemones ir prieigą prie Mokyklos informacinių</w:t>
      </w:r>
      <w:r w:rsidRPr="001A6260">
        <w:rPr>
          <w:rFonts w:cs="Times New Roman"/>
          <w:sz w:val="24"/>
          <w:lang w:val="lt-LT"/>
        </w:rPr>
        <w:t xml:space="preserve"> sistemų pagal suteiktas teises.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22. T</w:t>
      </w:r>
      <w:r w:rsidR="00095383" w:rsidRPr="001A6260">
        <w:rPr>
          <w:rFonts w:cs="Times New Roman"/>
          <w:sz w:val="24"/>
          <w:lang w:val="lt-LT"/>
        </w:rPr>
        <w:t>eikti siūlymus dėl savo ve</w:t>
      </w:r>
      <w:r w:rsidRPr="001A6260">
        <w:rPr>
          <w:rFonts w:cs="Times New Roman"/>
          <w:sz w:val="24"/>
          <w:lang w:val="lt-LT"/>
        </w:rPr>
        <w:t>iklos ir VDM veiklos tobulinimo.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23. B</w:t>
      </w:r>
      <w:r w:rsidR="00095383" w:rsidRPr="001A6260">
        <w:rPr>
          <w:rFonts w:cs="Times New Roman"/>
          <w:sz w:val="24"/>
          <w:lang w:val="lt-LT"/>
        </w:rPr>
        <w:t xml:space="preserve">endradarbiauti su Mokyklos darbuotojais, mokiniais ir jų tėvais (globėjais, </w:t>
      </w:r>
      <w:r w:rsidRPr="001A6260">
        <w:rPr>
          <w:rFonts w:cs="Times New Roman"/>
          <w:sz w:val="24"/>
          <w:lang w:val="lt-LT"/>
        </w:rPr>
        <w:t>rūpintojais) pagal kompetenciją.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24. G</w:t>
      </w:r>
      <w:r w:rsidR="00095383" w:rsidRPr="001A6260">
        <w:rPr>
          <w:rFonts w:cs="Times New Roman"/>
          <w:sz w:val="24"/>
          <w:lang w:val="lt-LT"/>
        </w:rPr>
        <w:t>auti metodinę ir profesinę pagalbą bei dalyvauti kvalifikacijos tobulinimo veiklose teisės ak</w:t>
      </w:r>
      <w:r w:rsidRPr="001A6260">
        <w:rPr>
          <w:rFonts w:cs="Times New Roman"/>
          <w:sz w:val="24"/>
          <w:lang w:val="lt-LT"/>
        </w:rPr>
        <w:t>tų ir Mokyklos nustatyta tvarka.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25. R</w:t>
      </w:r>
      <w:r w:rsidR="00095383" w:rsidRPr="001A6260">
        <w:rPr>
          <w:rFonts w:cs="Times New Roman"/>
          <w:sz w:val="24"/>
          <w:lang w:val="lt-LT"/>
        </w:rPr>
        <w:t>eikalauti, kad būtų sudarytos sa</w:t>
      </w:r>
      <w:r w:rsidRPr="001A6260">
        <w:rPr>
          <w:rFonts w:cs="Times New Roman"/>
          <w:sz w:val="24"/>
          <w:lang w:val="lt-LT"/>
        </w:rPr>
        <w:t>ugios ir tinkamos darbo sąlygos.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26. A</w:t>
      </w:r>
      <w:r w:rsidR="00095383" w:rsidRPr="001A6260">
        <w:rPr>
          <w:rFonts w:cs="Times New Roman"/>
          <w:sz w:val="24"/>
          <w:lang w:val="lt-LT"/>
        </w:rPr>
        <w:t>tsisakyti vykdyti užduotį, jeigu ji prieštarauja teisės aktams ar kelia realų pavojų mokinių arba darbuotojų saugumui, apie tai informuojant tiesioginį vadovą.</w:t>
      </w:r>
    </w:p>
    <w:p w:rsidR="001A6260" w:rsidRPr="001A6260" w:rsidRDefault="001A6260" w:rsidP="002C0573">
      <w:pPr>
        <w:spacing w:after="0" w:line="240" w:lineRule="auto"/>
        <w:ind w:firstLine="567"/>
        <w:rPr>
          <w:rFonts w:cs="Times New Roman"/>
          <w:sz w:val="24"/>
          <w:lang w:val="lt-LT"/>
        </w:rPr>
      </w:pPr>
    </w:p>
    <w:p w:rsidR="00E43817" w:rsidRPr="001A6260" w:rsidRDefault="00095383" w:rsidP="002C0573">
      <w:pPr>
        <w:spacing w:after="0" w:line="240" w:lineRule="auto"/>
        <w:jc w:val="center"/>
        <w:rPr>
          <w:rFonts w:cs="Times New Roman"/>
          <w:b/>
          <w:sz w:val="24"/>
          <w:lang w:val="lt-LT"/>
        </w:rPr>
      </w:pPr>
      <w:r w:rsidRPr="001A6260">
        <w:rPr>
          <w:rFonts w:cs="Times New Roman"/>
          <w:b/>
          <w:sz w:val="24"/>
          <w:lang w:val="lt-LT"/>
        </w:rPr>
        <w:t>VI SKYRIUS</w:t>
      </w:r>
      <w:r w:rsidRPr="001A6260">
        <w:rPr>
          <w:rFonts w:cs="Times New Roman"/>
          <w:b/>
          <w:sz w:val="24"/>
          <w:lang w:val="lt-LT"/>
        </w:rPr>
        <w:br/>
        <w:t>ATSAKOMYBĖ</w:t>
      </w:r>
    </w:p>
    <w:p w:rsidR="001A6260" w:rsidRPr="001A6260" w:rsidRDefault="001A6260" w:rsidP="002C0573">
      <w:pPr>
        <w:spacing w:after="0" w:line="240" w:lineRule="auto"/>
        <w:jc w:val="center"/>
        <w:rPr>
          <w:rFonts w:cs="Times New Roman"/>
          <w:sz w:val="24"/>
          <w:lang w:val="lt-LT"/>
        </w:rPr>
      </w:pPr>
    </w:p>
    <w:p w:rsidR="0017122A" w:rsidRDefault="0017122A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>27. Mokytojas konsultantas atsakingas už:</w:t>
      </w:r>
    </w:p>
    <w:p w:rsidR="00E43817" w:rsidRPr="001A6260" w:rsidRDefault="0017122A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 xml:space="preserve">27.1. </w:t>
      </w:r>
      <w:r w:rsidR="00095383" w:rsidRPr="001A6260">
        <w:rPr>
          <w:rFonts w:cs="Times New Roman"/>
          <w:sz w:val="24"/>
          <w:lang w:val="lt-LT"/>
        </w:rPr>
        <w:t>tinkamą ir laiku atliekamą šiame pareigybės apra</w:t>
      </w:r>
      <w:r w:rsidR="001A6260" w:rsidRPr="001A6260">
        <w:rPr>
          <w:rFonts w:cs="Times New Roman"/>
          <w:sz w:val="24"/>
          <w:lang w:val="lt-LT"/>
        </w:rPr>
        <w:t>šyme nustatytų funkcijų vykdymą.</w:t>
      </w:r>
    </w:p>
    <w:p w:rsidR="00E43817" w:rsidRPr="001A6260" w:rsidRDefault="0017122A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>
        <w:rPr>
          <w:rFonts w:cs="Times New Roman"/>
          <w:sz w:val="24"/>
          <w:lang w:val="lt-LT"/>
        </w:rPr>
        <w:t xml:space="preserve">28. </w:t>
      </w:r>
      <w:r w:rsidR="00095383" w:rsidRPr="001A6260">
        <w:rPr>
          <w:rFonts w:cs="Times New Roman"/>
          <w:sz w:val="24"/>
          <w:lang w:val="lt-LT"/>
        </w:rPr>
        <w:t>mokinių saugumo ir priežiūros reikalavimų la</w:t>
      </w:r>
      <w:r w:rsidR="001A6260" w:rsidRPr="001A6260">
        <w:rPr>
          <w:rFonts w:cs="Times New Roman"/>
          <w:sz w:val="24"/>
          <w:lang w:val="lt-LT"/>
        </w:rPr>
        <w:t>ikymąsi pagal savo kompetenciją.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29. U</w:t>
      </w:r>
      <w:r w:rsidR="00095383" w:rsidRPr="001A6260">
        <w:rPr>
          <w:rFonts w:cs="Times New Roman"/>
          <w:sz w:val="24"/>
          <w:lang w:val="lt-LT"/>
        </w:rPr>
        <w:t>ž konfidencialios informacijos ir asmens duomenų apsaug</w:t>
      </w:r>
      <w:r w:rsidRPr="001A6260">
        <w:rPr>
          <w:rFonts w:cs="Times New Roman"/>
          <w:sz w:val="24"/>
          <w:lang w:val="lt-LT"/>
        </w:rPr>
        <w:t>ą.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30. U</w:t>
      </w:r>
      <w:r w:rsidR="00095383" w:rsidRPr="001A6260">
        <w:rPr>
          <w:rFonts w:cs="Times New Roman"/>
          <w:sz w:val="24"/>
          <w:lang w:val="lt-LT"/>
        </w:rPr>
        <w:t xml:space="preserve">ž darbuotojų saugos ir sveikatos, priešgaisrinės saugos ir kitų </w:t>
      </w:r>
      <w:r w:rsidRPr="001A6260">
        <w:rPr>
          <w:rFonts w:cs="Times New Roman"/>
          <w:sz w:val="24"/>
          <w:lang w:val="lt-LT"/>
        </w:rPr>
        <w:t>privalomų reikalavimų laikymąsi.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31. U</w:t>
      </w:r>
      <w:r w:rsidR="00095383" w:rsidRPr="001A6260">
        <w:rPr>
          <w:rFonts w:cs="Times New Roman"/>
          <w:sz w:val="24"/>
          <w:lang w:val="lt-LT"/>
        </w:rPr>
        <w:t>ž žalą, padarytą dėl savo kaltės, Lietuvos Respublikos teisės aktų nustatyta tvarka.</w:t>
      </w:r>
    </w:p>
    <w:p w:rsidR="001A6260" w:rsidRPr="001A6260" w:rsidRDefault="001A6260" w:rsidP="002C0573">
      <w:pPr>
        <w:spacing w:after="0" w:line="240" w:lineRule="auto"/>
        <w:ind w:firstLine="567"/>
        <w:rPr>
          <w:rFonts w:cs="Times New Roman"/>
          <w:sz w:val="24"/>
          <w:lang w:val="lt-LT"/>
        </w:rPr>
      </w:pPr>
    </w:p>
    <w:p w:rsidR="00E43817" w:rsidRPr="001A6260" w:rsidRDefault="00095383" w:rsidP="002C0573">
      <w:pPr>
        <w:spacing w:after="0" w:line="240" w:lineRule="auto"/>
        <w:jc w:val="center"/>
        <w:rPr>
          <w:rFonts w:cs="Times New Roman"/>
          <w:b/>
          <w:sz w:val="24"/>
          <w:lang w:val="lt-LT"/>
        </w:rPr>
      </w:pPr>
      <w:r w:rsidRPr="001A6260">
        <w:rPr>
          <w:rFonts w:cs="Times New Roman"/>
          <w:b/>
          <w:sz w:val="24"/>
          <w:lang w:val="lt-LT"/>
        </w:rPr>
        <w:t>VII SKYRIUS</w:t>
      </w:r>
      <w:r w:rsidRPr="001A6260">
        <w:rPr>
          <w:rFonts w:cs="Times New Roman"/>
          <w:b/>
          <w:sz w:val="24"/>
          <w:lang w:val="lt-LT"/>
        </w:rPr>
        <w:br/>
        <w:t>BAIGIAMOSIOS NUOSTATOS</w:t>
      </w:r>
    </w:p>
    <w:p w:rsidR="001A6260" w:rsidRPr="001A6260" w:rsidRDefault="001A6260" w:rsidP="002C0573">
      <w:pPr>
        <w:spacing w:after="0" w:line="240" w:lineRule="auto"/>
        <w:jc w:val="center"/>
        <w:rPr>
          <w:rFonts w:cs="Times New Roman"/>
          <w:sz w:val="24"/>
          <w:lang w:val="lt-LT"/>
        </w:rPr>
      </w:pP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 xml:space="preserve">32. </w:t>
      </w:r>
      <w:r w:rsidR="00095383" w:rsidRPr="001A6260">
        <w:rPr>
          <w:rFonts w:cs="Times New Roman"/>
          <w:sz w:val="24"/>
          <w:lang w:val="lt-LT"/>
        </w:rPr>
        <w:t>Pareigybės aprašymas peržiūrimas ir keičiamas pasikeitus teisės aktams, Mokyklos veiklos organizavimui arba pareigybės funkcijoms.</w:t>
      </w:r>
    </w:p>
    <w:p w:rsidR="00E43817" w:rsidRPr="001A6260" w:rsidRDefault="001A6260" w:rsidP="001A6260">
      <w:pPr>
        <w:spacing w:after="0" w:line="240" w:lineRule="auto"/>
        <w:ind w:firstLine="567"/>
        <w:jc w:val="both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 xml:space="preserve">33. </w:t>
      </w:r>
      <w:r w:rsidR="00095383" w:rsidRPr="001A6260">
        <w:rPr>
          <w:rFonts w:cs="Times New Roman"/>
          <w:sz w:val="24"/>
          <w:lang w:val="lt-LT"/>
        </w:rPr>
        <w:t>Darbuotojas su šiuo pareigybės aprašymu supažindinamas pasirašytinai arba Mokyklos naudojamomis elektroninėmis priemonėmis.</w:t>
      </w:r>
    </w:p>
    <w:p w:rsidR="00E43817" w:rsidRPr="001A6260" w:rsidRDefault="00E43817" w:rsidP="002C0573">
      <w:pPr>
        <w:spacing w:after="0" w:line="240" w:lineRule="auto"/>
        <w:rPr>
          <w:rFonts w:cs="Times New Roman"/>
          <w:sz w:val="24"/>
          <w:lang w:val="lt-LT"/>
        </w:rPr>
      </w:pPr>
    </w:p>
    <w:p w:rsidR="001A6260" w:rsidRPr="001A6260" w:rsidRDefault="001A6260" w:rsidP="002C0573">
      <w:pPr>
        <w:spacing w:after="0" w:line="240" w:lineRule="auto"/>
        <w:rPr>
          <w:rFonts w:cs="Times New Roman"/>
          <w:sz w:val="24"/>
          <w:lang w:val="lt-LT"/>
        </w:rPr>
      </w:pPr>
    </w:p>
    <w:p w:rsidR="00E43817" w:rsidRPr="001A6260" w:rsidRDefault="00095383" w:rsidP="002C0573">
      <w:pPr>
        <w:spacing w:after="0" w:line="240" w:lineRule="auto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Su pareigybės aprašymu susipažinau:</w:t>
      </w:r>
    </w:p>
    <w:p w:rsidR="00E43817" w:rsidRPr="001A6260" w:rsidRDefault="00095383" w:rsidP="002C0573">
      <w:pPr>
        <w:spacing w:after="0" w:line="240" w:lineRule="auto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>______________________________        ______________________________</w:t>
      </w:r>
      <w:r w:rsidR="001A6260" w:rsidRPr="001A6260">
        <w:rPr>
          <w:rFonts w:cs="Times New Roman"/>
          <w:sz w:val="24"/>
          <w:lang w:val="lt-LT"/>
        </w:rPr>
        <w:t xml:space="preserve">   ______________</w:t>
      </w:r>
    </w:p>
    <w:p w:rsidR="00E43817" w:rsidRPr="001A6260" w:rsidRDefault="001A6260" w:rsidP="002C0573">
      <w:pPr>
        <w:spacing w:after="0" w:line="240" w:lineRule="auto"/>
        <w:rPr>
          <w:rFonts w:cs="Times New Roman"/>
          <w:sz w:val="24"/>
          <w:lang w:val="lt-LT"/>
        </w:rPr>
      </w:pPr>
      <w:r w:rsidRPr="001A6260">
        <w:rPr>
          <w:rFonts w:cs="Times New Roman"/>
          <w:sz w:val="24"/>
          <w:lang w:val="lt-LT"/>
        </w:rPr>
        <w:t xml:space="preserve">            </w:t>
      </w:r>
      <w:r w:rsidR="00095383" w:rsidRPr="001A6260">
        <w:rPr>
          <w:rFonts w:cs="Times New Roman"/>
          <w:sz w:val="24"/>
          <w:lang w:val="lt-LT"/>
        </w:rPr>
        <w:t>(</w:t>
      </w:r>
      <w:r w:rsidRPr="001A6260">
        <w:rPr>
          <w:rFonts w:cs="Times New Roman"/>
          <w:sz w:val="24"/>
          <w:lang w:val="lt-LT"/>
        </w:rPr>
        <w:t>V</w:t>
      </w:r>
      <w:r w:rsidR="00095383" w:rsidRPr="001A6260">
        <w:rPr>
          <w:rFonts w:cs="Times New Roman"/>
          <w:sz w:val="24"/>
          <w:lang w:val="lt-LT"/>
        </w:rPr>
        <w:t xml:space="preserve">ardas, pavardė)                         </w:t>
      </w:r>
      <w:r w:rsidRPr="001A6260">
        <w:rPr>
          <w:rFonts w:cs="Times New Roman"/>
          <w:sz w:val="24"/>
          <w:lang w:val="lt-LT"/>
        </w:rPr>
        <w:t xml:space="preserve">                 </w:t>
      </w:r>
      <w:r w:rsidR="00095383" w:rsidRPr="001A6260">
        <w:rPr>
          <w:rFonts w:cs="Times New Roman"/>
          <w:sz w:val="24"/>
          <w:lang w:val="lt-LT"/>
        </w:rPr>
        <w:t>(parašas)</w:t>
      </w:r>
      <w:r w:rsidRPr="001A6260">
        <w:rPr>
          <w:rFonts w:cs="Times New Roman"/>
          <w:sz w:val="24"/>
          <w:lang w:val="lt-LT"/>
        </w:rPr>
        <w:t xml:space="preserve">                                          (data)</w:t>
      </w:r>
    </w:p>
    <w:sectPr w:rsidR="00E43817" w:rsidRPr="001A6260" w:rsidSect="0026097B">
      <w:pgSz w:w="12240" w:h="15840"/>
      <w:pgMar w:top="567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5383"/>
    <w:rsid w:val="0015074B"/>
    <w:rsid w:val="0017122A"/>
    <w:rsid w:val="001A6260"/>
    <w:rsid w:val="0026097B"/>
    <w:rsid w:val="0029639D"/>
    <w:rsid w:val="002C0573"/>
    <w:rsid w:val="00326F90"/>
    <w:rsid w:val="007676F3"/>
    <w:rsid w:val="00A904E2"/>
    <w:rsid w:val="00AA1D8D"/>
    <w:rsid w:val="00B47730"/>
    <w:rsid w:val="00CB0664"/>
    <w:rsid w:val="00D14EAB"/>
    <w:rsid w:val="00E438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74BB41"/>
  <w14:defaultImageDpi w14:val="300"/>
  <w15:docId w15:val="{F8EDA698-3E46-42D0-89EF-F096A2D9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AD7B0D-44F2-4F6C-9DA1-560972A08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2703</Words>
  <Characters>1541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Adelė Kazlauskienė</cp:lastModifiedBy>
  <cp:revision>6</cp:revision>
  <dcterms:created xsi:type="dcterms:W3CDTF">2013-12-23T23:15:00Z</dcterms:created>
  <dcterms:modified xsi:type="dcterms:W3CDTF">2026-10-13T05:54:00Z</dcterms:modified>
  <cp:category/>
</cp:coreProperties>
</file>