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E6D" w:rsidRPr="0081177A" w:rsidRDefault="00394E6D" w:rsidP="00394E6D">
      <w:pPr>
        <w:tabs>
          <w:tab w:val="left" w:pos="7371"/>
        </w:tabs>
        <w:spacing w:after="0" w:line="240" w:lineRule="auto"/>
        <w:ind w:right="1841" w:firstLine="5103"/>
        <w:jc w:val="both"/>
        <w:rPr>
          <w:rFonts w:eastAsia="Calibri"/>
          <w:szCs w:val="24"/>
          <w:lang w:val="lt-LT" w:eastAsia="lt-LT"/>
        </w:rPr>
      </w:pPr>
      <w:bookmarkStart w:id="0" w:name="X5b0ade501ed4412f94ef5d26dde4e614"/>
      <w:r w:rsidRPr="0081177A">
        <w:rPr>
          <w:rFonts w:eastAsia="Calibri"/>
          <w:szCs w:val="24"/>
          <w:lang w:val="lt-LT" w:eastAsia="lt-LT"/>
        </w:rPr>
        <w:t>PATVIRTINTA</w:t>
      </w:r>
      <w:bookmarkEnd w:id="0"/>
    </w:p>
    <w:p w:rsidR="00394E6D" w:rsidRDefault="00394E6D" w:rsidP="00394E6D">
      <w:pPr>
        <w:tabs>
          <w:tab w:val="left" w:pos="7371"/>
          <w:tab w:val="left" w:pos="8931"/>
        </w:tabs>
        <w:spacing w:after="0" w:line="240" w:lineRule="auto"/>
        <w:ind w:right="282" w:firstLine="5103"/>
        <w:jc w:val="both"/>
        <w:rPr>
          <w:rFonts w:eastAsia="Calibri"/>
          <w:szCs w:val="24"/>
          <w:lang w:val="lt-LT" w:eastAsia="lt-LT"/>
        </w:rPr>
      </w:pPr>
      <w:r w:rsidRPr="0081177A">
        <w:rPr>
          <w:rFonts w:eastAsia="Calibri"/>
          <w:szCs w:val="24"/>
          <w:lang w:val="lt-LT" w:eastAsia="lt-LT"/>
        </w:rPr>
        <w:t xml:space="preserve">Druskininkų „Saulės“ pagrindinės mokyklos </w:t>
      </w:r>
    </w:p>
    <w:p w:rsidR="00394E6D" w:rsidRDefault="00394E6D" w:rsidP="00394E6D">
      <w:pPr>
        <w:tabs>
          <w:tab w:val="left" w:pos="7371"/>
          <w:tab w:val="left" w:pos="8931"/>
        </w:tabs>
        <w:spacing w:after="0" w:line="240" w:lineRule="auto"/>
        <w:ind w:right="282" w:firstLine="5103"/>
        <w:jc w:val="both"/>
        <w:rPr>
          <w:color w:val="000000"/>
          <w:szCs w:val="24"/>
          <w:lang w:val="lt-LT" w:eastAsia="lt-LT"/>
        </w:rPr>
      </w:pPr>
      <w:r w:rsidRPr="0081177A">
        <w:rPr>
          <w:rFonts w:eastAsia="Calibri"/>
          <w:szCs w:val="24"/>
          <w:lang w:val="lt-LT" w:eastAsia="lt-LT"/>
        </w:rPr>
        <w:t>direktoriaus</w:t>
      </w:r>
      <w:r>
        <w:rPr>
          <w:rFonts w:eastAsia="Calibri"/>
          <w:szCs w:val="24"/>
          <w:lang w:val="lt-LT" w:eastAsia="lt-LT"/>
        </w:rPr>
        <w:t xml:space="preserve"> </w:t>
      </w:r>
      <w:r>
        <w:rPr>
          <w:color w:val="000000"/>
          <w:szCs w:val="24"/>
          <w:lang w:val="lt-LT" w:eastAsia="lt-LT"/>
        </w:rPr>
        <w:t>2025 m. rugsėjo 1 d.</w:t>
      </w:r>
    </w:p>
    <w:p w:rsidR="00394E6D" w:rsidRPr="00D036F3" w:rsidRDefault="00394E6D" w:rsidP="00394E6D">
      <w:pPr>
        <w:tabs>
          <w:tab w:val="left" w:pos="7371"/>
          <w:tab w:val="left" w:pos="8931"/>
        </w:tabs>
        <w:spacing w:after="0" w:line="240" w:lineRule="auto"/>
        <w:ind w:right="282" w:firstLine="5103"/>
        <w:jc w:val="both"/>
        <w:rPr>
          <w:rFonts w:eastAsia="Calibri"/>
          <w:szCs w:val="24"/>
          <w:lang w:val="lt-LT" w:eastAsia="lt-LT"/>
        </w:rPr>
      </w:pPr>
      <w:r>
        <w:rPr>
          <w:color w:val="000000"/>
          <w:szCs w:val="24"/>
          <w:lang w:val="lt-LT" w:eastAsia="lt-LT"/>
        </w:rPr>
        <w:t xml:space="preserve"> įsakymu Nr. V1-96</w:t>
      </w:r>
    </w:p>
    <w:p w:rsidR="003F3646" w:rsidRDefault="003F3646"/>
    <w:p w:rsidR="003F3646" w:rsidRPr="00394E6D" w:rsidRDefault="0005157A" w:rsidP="00394E6D">
      <w:pPr>
        <w:spacing w:after="0" w:line="240" w:lineRule="auto"/>
        <w:jc w:val="center"/>
        <w:rPr>
          <w:sz w:val="24"/>
        </w:rPr>
      </w:pPr>
      <w:r w:rsidRPr="00394E6D">
        <w:rPr>
          <w:b/>
          <w:sz w:val="24"/>
        </w:rPr>
        <w:t>DRUSKININKŲ „</w:t>
      </w:r>
      <w:proofErr w:type="gramStart"/>
      <w:r w:rsidRPr="00394E6D">
        <w:rPr>
          <w:b/>
          <w:sz w:val="24"/>
        </w:rPr>
        <w:t>SAULĖS“ PAGRINDINĖS</w:t>
      </w:r>
      <w:proofErr w:type="gramEnd"/>
      <w:r w:rsidRPr="00394E6D">
        <w:rPr>
          <w:b/>
          <w:sz w:val="24"/>
        </w:rPr>
        <w:t xml:space="preserve"> MOKYKLOS</w:t>
      </w:r>
    </w:p>
    <w:p w:rsidR="003F3646" w:rsidRPr="00394E6D" w:rsidRDefault="0005157A" w:rsidP="00394E6D">
      <w:pPr>
        <w:spacing w:after="0" w:line="240" w:lineRule="auto"/>
        <w:jc w:val="center"/>
        <w:rPr>
          <w:sz w:val="24"/>
        </w:rPr>
      </w:pPr>
      <w:r w:rsidRPr="00394E6D">
        <w:rPr>
          <w:b/>
          <w:sz w:val="24"/>
        </w:rPr>
        <w:t>MOKINIO PADĖJĖJO</w:t>
      </w:r>
      <w:r w:rsidR="00A17DD8">
        <w:rPr>
          <w:b/>
          <w:sz w:val="24"/>
        </w:rPr>
        <w:t xml:space="preserve">, </w:t>
      </w:r>
      <w:r w:rsidR="00A17DD8">
        <w:rPr>
          <w:rFonts w:cs="Times New Roman"/>
          <w:b/>
          <w:sz w:val="24"/>
          <w:szCs w:val="24"/>
        </w:rPr>
        <w:t>DIRBANČIO VISOS DIENOS MOKYKLOS PROJEKTE</w:t>
      </w:r>
      <w:r w:rsidR="00A17DD8">
        <w:rPr>
          <w:rFonts w:cs="Times New Roman"/>
          <w:b/>
          <w:sz w:val="24"/>
          <w:szCs w:val="24"/>
        </w:rPr>
        <w:t>,</w:t>
      </w:r>
      <w:r w:rsidRPr="00394E6D">
        <w:rPr>
          <w:b/>
          <w:sz w:val="24"/>
        </w:rPr>
        <w:t xml:space="preserve"> PAREIGYBĖS APRAŠYMAS</w:t>
      </w:r>
    </w:p>
    <w:p w:rsidR="003F3646" w:rsidRDefault="003F3646"/>
    <w:p w:rsidR="003F3646" w:rsidRPr="00394E6D" w:rsidRDefault="0005157A" w:rsidP="00394E6D">
      <w:pPr>
        <w:spacing w:after="0" w:line="240" w:lineRule="auto"/>
        <w:jc w:val="center"/>
        <w:rPr>
          <w:rFonts w:cs="Times New Roman"/>
          <w:b/>
          <w:sz w:val="24"/>
        </w:rPr>
      </w:pPr>
      <w:r w:rsidRPr="00394E6D">
        <w:rPr>
          <w:rFonts w:cs="Times New Roman"/>
          <w:b/>
          <w:sz w:val="24"/>
        </w:rPr>
        <w:t>I SKYRIUS</w:t>
      </w:r>
      <w:r w:rsidRPr="00394E6D">
        <w:rPr>
          <w:rFonts w:cs="Times New Roman"/>
          <w:b/>
          <w:sz w:val="24"/>
        </w:rPr>
        <w:br/>
        <w:t>BENDROSIOS NUOSTATOS</w:t>
      </w:r>
    </w:p>
    <w:p w:rsidR="00394E6D" w:rsidRPr="00394E6D" w:rsidRDefault="00394E6D" w:rsidP="00394E6D">
      <w:pPr>
        <w:spacing w:after="0" w:line="240" w:lineRule="auto"/>
        <w:jc w:val="center"/>
        <w:rPr>
          <w:rFonts w:cs="Times New Roman"/>
          <w:sz w:val="24"/>
        </w:rPr>
      </w:pPr>
    </w:p>
    <w:p w:rsidR="003F3646" w:rsidRPr="009512B4" w:rsidRDefault="0005157A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 xml:space="preserve">1. Pareigybės pavadinimas – </w:t>
      </w:r>
      <w:r w:rsidR="00FE4855">
        <w:rPr>
          <w:rFonts w:cs="Times New Roman"/>
          <w:sz w:val="24"/>
          <w:szCs w:val="24"/>
          <w:lang w:val="lt-LT"/>
        </w:rPr>
        <w:t>mokinio padėjėjas</w:t>
      </w:r>
      <w:r w:rsidRPr="009512B4">
        <w:rPr>
          <w:rFonts w:cs="Times New Roman"/>
          <w:sz w:val="24"/>
          <w:szCs w:val="24"/>
          <w:lang w:val="lt-LT"/>
        </w:rPr>
        <w:t>.</w:t>
      </w:r>
    </w:p>
    <w:p w:rsidR="003F3646" w:rsidRPr="009512B4" w:rsidRDefault="0005157A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2. Pareigybės grupė – darbuotojas, teikiantis pagalbą mokiniui.</w:t>
      </w:r>
    </w:p>
    <w:p w:rsidR="003F3646" w:rsidRPr="009512B4" w:rsidRDefault="00E97D6E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>
        <w:rPr>
          <w:rFonts w:cs="Times New Roman"/>
          <w:sz w:val="24"/>
          <w:szCs w:val="24"/>
          <w:lang w:val="lt-LT"/>
        </w:rPr>
        <w:t>3.</w:t>
      </w:r>
      <w:bookmarkStart w:id="1" w:name="_GoBack"/>
      <w:bookmarkEnd w:id="1"/>
      <w:r>
        <w:rPr>
          <w:rFonts w:cs="Times New Roman"/>
          <w:sz w:val="24"/>
          <w:szCs w:val="24"/>
          <w:lang w:val="lt-LT"/>
        </w:rPr>
        <w:t xml:space="preserve"> </w:t>
      </w:r>
      <w:r w:rsidR="0005157A" w:rsidRPr="009512B4">
        <w:rPr>
          <w:rFonts w:cs="Times New Roman"/>
          <w:sz w:val="24"/>
          <w:szCs w:val="24"/>
          <w:lang w:val="lt-LT"/>
        </w:rPr>
        <w:t>Pareigybės lygis nustatomas Mokyklos pareigybių sąraše ir darbo apmokėjimą reglamentuojančiuose teisės aktuose.</w:t>
      </w:r>
    </w:p>
    <w:p w:rsidR="003F3646" w:rsidRPr="009512B4" w:rsidRDefault="0005157A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4. Darbuotoją į pareigas priima ir iš pareigų atleidžia Mokyklos direktorius Lietuvos Respublikos teisės aktų nustatyta tvarka.</w:t>
      </w:r>
    </w:p>
    <w:p w:rsidR="003F3646" w:rsidRPr="009512B4" w:rsidRDefault="0005157A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5. Darbuotojas tiesiogiai pavaldus Mokyklos direktoriui arba jo įgaliotam vadovui, jeigu toks paskirtas.</w:t>
      </w:r>
    </w:p>
    <w:p w:rsidR="003F3646" w:rsidRPr="009512B4" w:rsidRDefault="0005157A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 xml:space="preserve">6. Darbuotojas savo veikloje vadovaujasi Lietuvos Respublikos teisės aktais, Mokyklos nuostatais, ugdymo planu, darbo tvarkos taisyklėmis, </w:t>
      </w:r>
      <w:r w:rsidR="009512B4" w:rsidRPr="009512B4">
        <w:rPr>
          <w:sz w:val="24"/>
          <w:szCs w:val="24"/>
          <w:lang w:val="lt-LT"/>
        </w:rPr>
        <w:t>Visos dienos mokyklos (toliau – VDM)</w:t>
      </w:r>
      <w:r w:rsidRPr="009512B4">
        <w:rPr>
          <w:rFonts w:cs="Times New Roman"/>
          <w:sz w:val="24"/>
          <w:szCs w:val="24"/>
          <w:lang w:val="lt-LT"/>
        </w:rPr>
        <w:t xml:space="preserve"> veiklos organizavimo tvarkos aprašu, kitais Mokyklos vidaus dokumentais ir šiuo pareigybės aprašymu.</w:t>
      </w:r>
    </w:p>
    <w:p w:rsidR="00394E6D" w:rsidRPr="009512B4" w:rsidRDefault="00394E6D" w:rsidP="00394E6D">
      <w:pPr>
        <w:spacing w:after="0" w:line="240" w:lineRule="auto"/>
        <w:rPr>
          <w:rFonts w:cs="Times New Roman"/>
          <w:sz w:val="24"/>
          <w:szCs w:val="24"/>
          <w:lang w:val="lt-LT"/>
        </w:rPr>
      </w:pPr>
    </w:p>
    <w:p w:rsidR="003F3646" w:rsidRPr="009512B4" w:rsidRDefault="0005157A" w:rsidP="00394E6D">
      <w:pPr>
        <w:spacing w:after="0" w:line="240" w:lineRule="auto"/>
        <w:jc w:val="center"/>
        <w:rPr>
          <w:rFonts w:cs="Times New Roman"/>
          <w:b/>
          <w:sz w:val="24"/>
          <w:szCs w:val="24"/>
          <w:lang w:val="lt-LT"/>
        </w:rPr>
      </w:pPr>
      <w:r w:rsidRPr="009512B4">
        <w:rPr>
          <w:rFonts w:cs="Times New Roman"/>
          <w:b/>
          <w:sz w:val="24"/>
          <w:szCs w:val="24"/>
          <w:lang w:val="lt-LT"/>
        </w:rPr>
        <w:t>II SKYRIUS</w:t>
      </w:r>
      <w:r w:rsidRPr="009512B4">
        <w:rPr>
          <w:rFonts w:cs="Times New Roman"/>
          <w:b/>
          <w:sz w:val="24"/>
          <w:szCs w:val="24"/>
          <w:lang w:val="lt-LT"/>
        </w:rPr>
        <w:br/>
        <w:t>PAREIGYBĖS TIKSLAS</w:t>
      </w:r>
    </w:p>
    <w:p w:rsidR="00394E6D" w:rsidRPr="009512B4" w:rsidRDefault="00394E6D" w:rsidP="00394E6D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7. T</w:t>
      </w:r>
      <w:r w:rsidR="0005157A" w:rsidRPr="009512B4">
        <w:rPr>
          <w:rFonts w:cs="Times New Roman"/>
          <w:sz w:val="24"/>
          <w:szCs w:val="24"/>
          <w:lang w:val="lt-LT"/>
        </w:rPr>
        <w:t>eikti mokiniui individualią pagalbą, reikalingą jam dalyvauti ugdymo procese, savarankiškai atlikti veiklas ir saugiai dalyvauti Mokyklos bei VDM veiklose.</w:t>
      </w:r>
    </w:p>
    <w:p w:rsidR="00394E6D" w:rsidRPr="009512B4" w:rsidRDefault="00394E6D" w:rsidP="0005157A">
      <w:pPr>
        <w:spacing w:after="0" w:line="240" w:lineRule="auto"/>
        <w:jc w:val="both"/>
        <w:rPr>
          <w:rFonts w:cs="Times New Roman"/>
          <w:sz w:val="24"/>
          <w:szCs w:val="24"/>
          <w:lang w:val="lt-LT"/>
        </w:rPr>
      </w:pPr>
    </w:p>
    <w:p w:rsidR="003F3646" w:rsidRPr="009512B4" w:rsidRDefault="0005157A" w:rsidP="00394E6D">
      <w:pPr>
        <w:spacing w:after="0" w:line="240" w:lineRule="auto"/>
        <w:jc w:val="center"/>
        <w:rPr>
          <w:rFonts w:cs="Times New Roman"/>
          <w:b/>
          <w:sz w:val="24"/>
          <w:szCs w:val="24"/>
          <w:lang w:val="lt-LT"/>
        </w:rPr>
      </w:pPr>
      <w:r w:rsidRPr="009512B4">
        <w:rPr>
          <w:rFonts w:cs="Times New Roman"/>
          <w:b/>
          <w:sz w:val="24"/>
          <w:szCs w:val="24"/>
          <w:lang w:val="lt-LT"/>
        </w:rPr>
        <w:t>III SKYRIUS</w:t>
      </w:r>
      <w:r w:rsidRPr="009512B4">
        <w:rPr>
          <w:rFonts w:cs="Times New Roman"/>
          <w:b/>
          <w:sz w:val="24"/>
          <w:szCs w:val="24"/>
          <w:lang w:val="lt-LT"/>
        </w:rPr>
        <w:br/>
        <w:t>KVALIFIKACINIAI REIKALAVIMAI</w:t>
      </w:r>
    </w:p>
    <w:p w:rsidR="00394E6D" w:rsidRPr="009512B4" w:rsidRDefault="00394E6D" w:rsidP="00394E6D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8. A</w:t>
      </w:r>
      <w:r w:rsidR="0005157A" w:rsidRPr="009512B4">
        <w:rPr>
          <w:rFonts w:cs="Times New Roman"/>
          <w:sz w:val="24"/>
          <w:szCs w:val="24"/>
          <w:lang w:val="lt-LT"/>
        </w:rPr>
        <w:t>titikti teisės aktuose ir Mokykloje nustatytus mokinio padėjėjui taikom</w:t>
      </w:r>
      <w:r w:rsidRPr="009512B4">
        <w:rPr>
          <w:rFonts w:cs="Times New Roman"/>
          <w:sz w:val="24"/>
          <w:szCs w:val="24"/>
          <w:lang w:val="lt-LT"/>
        </w:rPr>
        <w:t>us kvalifikacinius reikalavimus.</w:t>
      </w: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9. G</w:t>
      </w:r>
      <w:r w:rsidR="0005157A" w:rsidRPr="009512B4">
        <w:rPr>
          <w:rFonts w:cs="Times New Roman"/>
          <w:sz w:val="24"/>
          <w:szCs w:val="24"/>
          <w:lang w:val="lt-LT"/>
        </w:rPr>
        <w:t>ebėti bendrauti ir bendradarbiauti su mokiniais, turin</w:t>
      </w:r>
      <w:r w:rsidRPr="009512B4">
        <w:rPr>
          <w:rFonts w:cs="Times New Roman"/>
          <w:sz w:val="24"/>
          <w:szCs w:val="24"/>
          <w:lang w:val="lt-LT"/>
        </w:rPr>
        <w:t>čiais įvairių ugdymosi poreikių.</w:t>
      </w: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10. Ž</w:t>
      </w:r>
      <w:r w:rsidR="0005157A" w:rsidRPr="009512B4">
        <w:rPr>
          <w:rFonts w:cs="Times New Roman"/>
          <w:sz w:val="24"/>
          <w:szCs w:val="24"/>
          <w:lang w:val="lt-LT"/>
        </w:rPr>
        <w:t>inoti mokinių saugaus elgesi</w:t>
      </w:r>
      <w:r w:rsidRPr="009512B4">
        <w:rPr>
          <w:rFonts w:cs="Times New Roman"/>
          <w:sz w:val="24"/>
          <w:szCs w:val="24"/>
          <w:lang w:val="lt-LT"/>
        </w:rPr>
        <w:t>o ir pagalbos teikimo pagrindus.</w:t>
      </w: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11. G</w:t>
      </w:r>
      <w:r w:rsidR="0005157A" w:rsidRPr="009512B4">
        <w:rPr>
          <w:rFonts w:cs="Times New Roman"/>
          <w:sz w:val="24"/>
          <w:szCs w:val="24"/>
          <w:lang w:val="lt-LT"/>
        </w:rPr>
        <w:t>ebėti veikti pagal mokytojo, švietimo pagalbos specialisto ir kitų atsakingų specialistų rekomendacijas.</w:t>
      </w:r>
    </w:p>
    <w:p w:rsidR="00394E6D" w:rsidRPr="009512B4" w:rsidRDefault="00394E6D" w:rsidP="00394E6D">
      <w:pPr>
        <w:spacing w:after="0" w:line="240" w:lineRule="auto"/>
        <w:ind w:firstLine="709"/>
        <w:rPr>
          <w:rFonts w:cs="Times New Roman"/>
          <w:sz w:val="24"/>
          <w:szCs w:val="24"/>
          <w:lang w:val="lt-LT"/>
        </w:rPr>
      </w:pPr>
    </w:p>
    <w:p w:rsidR="003F3646" w:rsidRPr="00394E6D" w:rsidRDefault="0005157A" w:rsidP="00394E6D">
      <w:pPr>
        <w:spacing w:after="0" w:line="240" w:lineRule="auto"/>
        <w:jc w:val="center"/>
        <w:rPr>
          <w:rFonts w:cs="Times New Roman"/>
          <w:b/>
          <w:sz w:val="24"/>
        </w:rPr>
      </w:pPr>
      <w:r w:rsidRPr="00394E6D">
        <w:rPr>
          <w:rFonts w:cs="Times New Roman"/>
          <w:b/>
          <w:sz w:val="24"/>
        </w:rPr>
        <w:t>IV SKYRIUS</w:t>
      </w:r>
      <w:r w:rsidRPr="00394E6D">
        <w:rPr>
          <w:rFonts w:cs="Times New Roman"/>
          <w:b/>
          <w:sz w:val="24"/>
        </w:rPr>
        <w:br/>
        <w:t>FUNKCIJOS</w:t>
      </w:r>
    </w:p>
    <w:p w:rsidR="00394E6D" w:rsidRPr="00394E6D" w:rsidRDefault="00394E6D" w:rsidP="00394E6D">
      <w:pPr>
        <w:spacing w:after="0" w:line="240" w:lineRule="auto"/>
        <w:jc w:val="center"/>
        <w:rPr>
          <w:rFonts w:cs="Times New Roman"/>
          <w:sz w:val="24"/>
        </w:rPr>
      </w:pP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12. P</w:t>
      </w:r>
      <w:r w:rsidR="0005157A" w:rsidRPr="009512B4">
        <w:rPr>
          <w:rFonts w:cs="Times New Roman"/>
          <w:sz w:val="24"/>
          <w:lang w:val="lt-LT"/>
        </w:rPr>
        <w:t>adeda mokiniui pasiruošti u</w:t>
      </w:r>
      <w:r w:rsidRPr="009512B4">
        <w:rPr>
          <w:rFonts w:cs="Times New Roman"/>
          <w:sz w:val="24"/>
          <w:lang w:val="lt-LT"/>
        </w:rPr>
        <w:t>gdymo veiklai ir dalyvauti joje.</w:t>
      </w: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13. P</w:t>
      </w:r>
      <w:r w:rsidR="0005157A" w:rsidRPr="009512B4">
        <w:rPr>
          <w:rFonts w:cs="Times New Roman"/>
          <w:sz w:val="24"/>
          <w:lang w:val="lt-LT"/>
        </w:rPr>
        <w:t>adeda mokiniui atlikti mokytojo paskirtas už</w:t>
      </w:r>
      <w:r w:rsidRPr="009512B4">
        <w:rPr>
          <w:rFonts w:cs="Times New Roman"/>
          <w:sz w:val="24"/>
          <w:lang w:val="lt-LT"/>
        </w:rPr>
        <w:t>duotis pagal mokytojo nurodymus.</w:t>
      </w: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14. P</w:t>
      </w:r>
      <w:r w:rsidR="0005157A" w:rsidRPr="009512B4">
        <w:rPr>
          <w:rFonts w:cs="Times New Roman"/>
          <w:sz w:val="24"/>
          <w:lang w:val="lt-LT"/>
        </w:rPr>
        <w:t>adeda mokiniui judėti, orientuotis, pasirūpinti asmens higiena, maitinimu ir kitais kasdieniais poreikiais, kai t</w:t>
      </w:r>
      <w:r w:rsidRPr="009512B4">
        <w:rPr>
          <w:rFonts w:cs="Times New Roman"/>
          <w:sz w:val="24"/>
          <w:lang w:val="lt-LT"/>
        </w:rPr>
        <w:t>okia pagalba mokiniui nustatyta.</w:t>
      </w: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15. P</w:t>
      </w:r>
      <w:r w:rsidR="0005157A" w:rsidRPr="009512B4">
        <w:rPr>
          <w:rFonts w:cs="Times New Roman"/>
          <w:sz w:val="24"/>
          <w:lang w:val="lt-LT"/>
        </w:rPr>
        <w:t>adeda mokiniui dalyvauti pertraukose, nefo</w:t>
      </w:r>
      <w:r w:rsidRPr="009512B4">
        <w:rPr>
          <w:rFonts w:cs="Times New Roman"/>
          <w:sz w:val="24"/>
          <w:lang w:val="lt-LT"/>
        </w:rPr>
        <w:t>rmaliojo ugdymo ir VDM veiklose.</w:t>
      </w: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16. S</w:t>
      </w:r>
      <w:r w:rsidR="0005157A" w:rsidRPr="009512B4">
        <w:rPr>
          <w:rFonts w:cs="Times New Roman"/>
          <w:sz w:val="24"/>
          <w:szCs w:val="24"/>
          <w:lang w:val="lt-LT"/>
        </w:rPr>
        <w:t>tebi mokinio saugumą ir nedelsdamas informuoja atsakingą darb</w:t>
      </w:r>
      <w:r w:rsidRPr="009512B4">
        <w:rPr>
          <w:rFonts w:cs="Times New Roman"/>
          <w:sz w:val="24"/>
          <w:szCs w:val="24"/>
          <w:lang w:val="lt-LT"/>
        </w:rPr>
        <w:t>uotoją apie pavojingą situaciją.</w:t>
      </w: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lastRenderedPageBreak/>
        <w:t>17. B</w:t>
      </w:r>
      <w:r w:rsidR="0005157A" w:rsidRPr="009512B4">
        <w:rPr>
          <w:rFonts w:cs="Times New Roman"/>
          <w:sz w:val="24"/>
          <w:szCs w:val="24"/>
          <w:lang w:val="lt-LT"/>
        </w:rPr>
        <w:t xml:space="preserve">endradarbiauja su mokytoju, klasės vadovu, pagalbos mokiniui specialistais, pailgintos grupės auklėtoju ir mokinio tėvais (globėjais, </w:t>
      </w:r>
      <w:r w:rsidRPr="009512B4">
        <w:rPr>
          <w:rFonts w:cs="Times New Roman"/>
          <w:sz w:val="24"/>
          <w:szCs w:val="24"/>
          <w:lang w:val="lt-LT"/>
        </w:rPr>
        <w:t>rūpintojais) pagal kompetenciją.</w:t>
      </w: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18. L</w:t>
      </w:r>
      <w:r w:rsidR="0005157A" w:rsidRPr="009512B4">
        <w:rPr>
          <w:rFonts w:cs="Times New Roman"/>
          <w:sz w:val="24"/>
          <w:szCs w:val="24"/>
          <w:lang w:val="lt-LT"/>
        </w:rPr>
        <w:t>aikosi mokiniui nustatytų indi</w:t>
      </w:r>
      <w:r w:rsidRPr="009512B4">
        <w:rPr>
          <w:rFonts w:cs="Times New Roman"/>
          <w:sz w:val="24"/>
          <w:szCs w:val="24"/>
          <w:lang w:val="lt-LT"/>
        </w:rPr>
        <w:t>vidualių pagalbos rekomendacijų.</w:t>
      </w: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19. N</w:t>
      </w:r>
      <w:r w:rsidR="0005157A" w:rsidRPr="009512B4">
        <w:rPr>
          <w:rFonts w:cs="Times New Roman"/>
          <w:sz w:val="24"/>
          <w:szCs w:val="24"/>
          <w:lang w:val="lt-LT"/>
        </w:rPr>
        <w:t>eperima mokytojo funkcijų ir nepriima pedagoginių</w:t>
      </w:r>
      <w:r w:rsidRPr="009512B4">
        <w:rPr>
          <w:rFonts w:cs="Times New Roman"/>
          <w:sz w:val="24"/>
          <w:szCs w:val="24"/>
          <w:lang w:val="lt-LT"/>
        </w:rPr>
        <w:t xml:space="preserve"> sprendimų, priskirtų mokytojui.</w:t>
      </w: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20. F</w:t>
      </w:r>
      <w:r w:rsidR="0005157A" w:rsidRPr="009512B4">
        <w:rPr>
          <w:rFonts w:cs="Times New Roman"/>
          <w:sz w:val="24"/>
          <w:szCs w:val="24"/>
          <w:lang w:val="lt-LT"/>
        </w:rPr>
        <w:t>iksuoja arba perduoda informaciją apie svarbius pagalbos teikimo at</w:t>
      </w:r>
      <w:r w:rsidRPr="009512B4">
        <w:rPr>
          <w:rFonts w:cs="Times New Roman"/>
          <w:sz w:val="24"/>
          <w:szCs w:val="24"/>
          <w:lang w:val="lt-LT"/>
        </w:rPr>
        <w:t>vejus Mokyklos nustatyta tvarka.</w:t>
      </w:r>
    </w:p>
    <w:p w:rsidR="003F3646" w:rsidRPr="009512B4" w:rsidRDefault="009512B4" w:rsidP="000515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9512B4">
        <w:rPr>
          <w:rFonts w:cs="Times New Roman"/>
          <w:sz w:val="24"/>
          <w:szCs w:val="24"/>
          <w:lang w:val="lt-LT"/>
        </w:rPr>
        <w:t>21. V</w:t>
      </w:r>
      <w:r w:rsidR="0005157A" w:rsidRPr="009512B4">
        <w:rPr>
          <w:rFonts w:cs="Times New Roman"/>
          <w:sz w:val="24"/>
          <w:szCs w:val="24"/>
          <w:lang w:val="lt-LT"/>
        </w:rPr>
        <w:t>ykdo kitas su mokinio pagalba susijusias teisėtas Mokyklos direktoriaus užduotis.</w:t>
      </w:r>
    </w:p>
    <w:p w:rsidR="00394E6D" w:rsidRPr="00394E6D" w:rsidRDefault="00394E6D" w:rsidP="00394E6D">
      <w:pPr>
        <w:spacing w:after="0" w:line="240" w:lineRule="auto"/>
        <w:ind w:firstLine="709"/>
        <w:rPr>
          <w:rFonts w:cs="Times New Roman"/>
        </w:rPr>
      </w:pPr>
    </w:p>
    <w:p w:rsidR="003F3646" w:rsidRPr="00394E6D" w:rsidRDefault="0005157A" w:rsidP="00394E6D">
      <w:pPr>
        <w:spacing w:after="0" w:line="240" w:lineRule="auto"/>
        <w:jc w:val="center"/>
        <w:rPr>
          <w:rFonts w:cs="Times New Roman"/>
          <w:b/>
          <w:sz w:val="24"/>
        </w:rPr>
      </w:pPr>
      <w:r w:rsidRPr="00394E6D">
        <w:rPr>
          <w:rFonts w:cs="Times New Roman"/>
          <w:b/>
          <w:sz w:val="24"/>
        </w:rPr>
        <w:t>V SKYRIUS</w:t>
      </w:r>
      <w:r w:rsidRPr="00394E6D">
        <w:rPr>
          <w:rFonts w:cs="Times New Roman"/>
          <w:b/>
          <w:sz w:val="24"/>
        </w:rPr>
        <w:br/>
        <w:t>TEISĖS</w:t>
      </w:r>
    </w:p>
    <w:p w:rsidR="00394E6D" w:rsidRPr="00394E6D" w:rsidRDefault="00394E6D" w:rsidP="00394E6D">
      <w:pPr>
        <w:spacing w:after="0" w:line="240" w:lineRule="auto"/>
        <w:jc w:val="center"/>
        <w:rPr>
          <w:rFonts w:cs="Times New Roman"/>
          <w:sz w:val="24"/>
        </w:rPr>
      </w:pP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22. G</w:t>
      </w:r>
      <w:r w:rsidR="0005157A" w:rsidRPr="009512B4">
        <w:rPr>
          <w:rFonts w:cs="Times New Roman"/>
          <w:sz w:val="24"/>
          <w:lang w:val="lt-LT"/>
        </w:rPr>
        <w:t>auti darbui reikalingą informaciją, priemones ir prieigą prie Mokyklos informacinių</w:t>
      </w:r>
      <w:r w:rsidRPr="009512B4">
        <w:rPr>
          <w:rFonts w:cs="Times New Roman"/>
          <w:sz w:val="24"/>
          <w:lang w:val="lt-LT"/>
        </w:rPr>
        <w:t xml:space="preserve"> sistemų pagal suteiktas teises.</w:t>
      </w: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23. T</w:t>
      </w:r>
      <w:r w:rsidR="0005157A" w:rsidRPr="009512B4">
        <w:rPr>
          <w:rFonts w:cs="Times New Roman"/>
          <w:sz w:val="24"/>
          <w:lang w:val="lt-LT"/>
        </w:rPr>
        <w:t>eikti siūlymus dėl savo ve</w:t>
      </w:r>
      <w:r w:rsidRPr="009512B4">
        <w:rPr>
          <w:rFonts w:cs="Times New Roman"/>
          <w:sz w:val="24"/>
          <w:lang w:val="lt-LT"/>
        </w:rPr>
        <w:t>iklos ir VDM veiklos tobulinimo.</w:t>
      </w: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24. B</w:t>
      </w:r>
      <w:r w:rsidR="0005157A" w:rsidRPr="009512B4">
        <w:rPr>
          <w:rFonts w:cs="Times New Roman"/>
          <w:sz w:val="24"/>
          <w:lang w:val="lt-LT"/>
        </w:rPr>
        <w:t xml:space="preserve">endradarbiauti su Mokyklos darbuotojais, mokiniais ir jų tėvais (globėjais, rūpintojais) </w:t>
      </w:r>
      <w:r w:rsidRPr="009512B4">
        <w:rPr>
          <w:rFonts w:cs="Times New Roman"/>
          <w:sz w:val="24"/>
          <w:lang w:val="lt-LT"/>
        </w:rPr>
        <w:t>pagal kompetenciją.</w:t>
      </w: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25. G</w:t>
      </w:r>
      <w:r w:rsidR="0005157A" w:rsidRPr="009512B4">
        <w:rPr>
          <w:rFonts w:cs="Times New Roman"/>
          <w:sz w:val="24"/>
          <w:lang w:val="lt-LT"/>
        </w:rPr>
        <w:t>auti metodinę ir profesinę pagalbą bei dalyvauti kvalifikacijos tobulinimo veiklose teisės ak</w:t>
      </w:r>
      <w:r w:rsidRPr="009512B4">
        <w:rPr>
          <w:rFonts w:cs="Times New Roman"/>
          <w:sz w:val="24"/>
          <w:lang w:val="lt-LT"/>
        </w:rPr>
        <w:t>tų ir Mokyklos nustatyta tvarka.</w:t>
      </w: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26. R</w:t>
      </w:r>
      <w:r w:rsidR="0005157A" w:rsidRPr="009512B4">
        <w:rPr>
          <w:rFonts w:cs="Times New Roman"/>
          <w:sz w:val="24"/>
          <w:lang w:val="lt-LT"/>
        </w:rPr>
        <w:t>eikalauti, kad būtų sudarytos sa</w:t>
      </w:r>
      <w:r w:rsidRPr="009512B4">
        <w:rPr>
          <w:rFonts w:cs="Times New Roman"/>
          <w:sz w:val="24"/>
          <w:lang w:val="lt-LT"/>
        </w:rPr>
        <w:t>ugios ir tinkamos darbo sąlygos.</w:t>
      </w:r>
    </w:p>
    <w:p w:rsidR="003F3646" w:rsidRPr="009512B4" w:rsidRDefault="009512B4" w:rsidP="0005157A">
      <w:pPr>
        <w:spacing w:after="0" w:line="240" w:lineRule="auto"/>
        <w:ind w:firstLine="709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27. A</w:t>
      </w:r>
      <w:r w:rsidR="0005157A" w:rsidRPr="009512B4">
        <w:rPr>
          <w:rFonts w:cs="Times New Roman"/>
          <w:sz w:val="24"/>
          <w:lang w:val="lt-LT"/>
        </w:rPr>
        <w:t>tsisakyti vykdyti užduotį, jeigu ji prieštarauja teisės aktams ar kelia realų pavojų mokinių arba darbuotojų saugumui, apie tai informuojant tiesioginį vadovą.</w:t>
      </w:r>
    </w:p>
    <w:p w:rsidR="00394E6D" w:rsidRPr="00394E6D" w:rsidRDefault="00394E6D" w:rsidP="00394E6D">
      <w:pPr>
        <w:spacing w:after="0" w:line="240" w:lineRule="auto"/>
        <w:ind w:firstLine="709"/>
        <w:rPr>
          <w:rFonts w:cs="Times New Roman"/>
        </w:rPr>
      </w:pPr>
    </w:p>
    <w:p w:rsidR="003F3646" w:rsidRPr="00394E6D" w:rsidRDefault="0005157A" w:rsidP="00394E6D">
      <w:pPr>
        <w:spacing w:after="0" w:line="240" w:lineRule="auto"/>
        <w:jc w:val="center"/>
        <w:rPr>
          <w:rFonts w:cs="Times New Roman"/>
          <w:b/>
          <w:sz w:val="24"/>
        </w:rPr>
      </w:pPr>
      <w:r w:rsidRPr="00394E6D">
        <w:rPr>
          <w:rFonts w:cs="Times New Roman"/>
          <w:b/>
          <w:sz w:val="24"/>
        </w:rPr>
        <w:t>VI SKYRIUS</w:t>
      </w:r>
      <w:r w:rsidRPr="00394E6D">
        <w:rPr>
          <w:rFonts w:cs="Times New Roman"/>
          <w:b/>
          <w:sz w:val="24"/>
        </w:rPr>
        <w:br/>
        <w:t>ATSAKOMYBĖ</w:t>
      </w:r>
    </w:p>
    <w:p w:rsidR="00394E6D" w:rsidRPr="00394E6D" w:rsidRDefault="00394E6D" w:rsidP="00394E6D">
      <w:pPr>
        <w:spacing w:after="0" w:line="240" w:lineRule="auto"/>
        <w:jc w:val="center"/>
        <w:rPr>
          <w:rFonts w:cs="Times New Roman"/>
          <w:sz w:val="24"/>
        </w:rPr>
      </w:pPr>
    </w:p>
    <w:p w:rsidR="00A17DD8" w:rsidRDefault="00A17DD8" w:rsidP="00A17DD8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>28. Mokinio padėjėjas atsakingas už:</w:t>
      </w:r>
    </w:p>
    <w:p w:rsidR="003F3646" w:rsidRPr="009512B4" w:rsidRDefault="009512B4" w:rsidP="00A17DD8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9512B4">
        <w:rPr>
          <w:rFonts w:cs="Times New Roman"/>
          <w:sz w:val="24"/>
          <w:lang w:val="lt-LT"/>
        </w:rPr>
        <w:t>28.</w:t>
      </w:r>
      <w:r w:rsidR="00A17DD8">
        <w:rPr>
          <w:rFonts w:cs="Times New Roman"/>
          <w:sz w:val="24"/>
          <w:lang w:val="lt-LT"/>
        </w:rPr>
        <w:t xml:space="preserve">1. </w:t>
      </w:r>
      <w:r w:rsidR="0005157A" w:rsidRPr="009512B4">
        <w:rPr>
          <w:rFonts w:cs="Times New Roman"/>
          <w:sz w:val="24"/>
          <w:lang w:val="lt-LT"/>
        </w:rPr>
        <w:t>tinkamą ir laiku atliekamą šiame pareigybės apra</w:t>
      </w:r>
      <w:r w:rsidR="00A17DD8">
        <w:rPr>
          <w:rFonts w:cs="Times New Roman"/>
          <w:sz w:val="24"/>
          <w:lang w:val="lt-LT"/>
        </w:rPr>
        <w:t>šyme nustatytų funkcijų vykdymą;</w:t>
      </w:r>
    </w:p>
    <w:p w:rsidR="009512B4" w:rsidRPr="009512B4" w:rsidRDefault="00A17DD8" w:rsidP="00A17DD8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 xml:space="preserve">28.2. </w:t>
      </w:r>
      <w:r w:rsidR="0005157A" w:rsidRPr="009512B4">
        <w:rPr>
          <w:rFonts w:cs="Times New Roman"/>
          <w:sz w:val="24"/>
          <w:lang w:val="lt-LT"/>
        </w:rPr>
        <w:t xml:space="preserve"> mokinių saugumo ir priežiūros reikalavimų la</w:t>
      </w:r>
      <w:r>
        <w:rPr>
          <w:rFonts w:cs="Times New Roman"/>
          <w:sz w:val="24"/>
          <w:lang w:val="lt-LT"/>
        </w:rPr>
        <w:t>ikymąsi pagal savo kompetenciją;</w:t>
      </w:r>
    </w:p>
    <w:p w:rsidR="003F3646" w:rsidRPr="009512B4" w:rsidRDefault="00A17DD8" w:rsidP="00A17DD8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 xml:space="preserve">28.3. </w:t>
      </w:r>
      <w:r w:rsidR="0005157A" w:rsidRPr="009512B4">
        <w:rPr>
          <w:rFonts w:cs="Times New Roman"/>
          <w:sz w:val="24"/>
          <w:lang w:val="lt-LT"/>
        </w:rPr>
        <w:t>konfidencialios informa</w:t>
      </w:r>
      <w:r>
        <w:rPr>
          <w:rFonts w:cs="Times New Roman"/>
          <w:sz w:val="24"/>
          <w:lang w:val="lt-LT"/>
        </w:rPr>
        <w:t>cijos ir asmens duomenų apsaugą;</w:t>
      </w:r>
    </w:p>
    <w:p w:rsidR="003F3646" w:rsidRPr="009512B4" w:rsidRDefault="00A17DD8" w:rsidP="00A17DD8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 xml:space="preserve">28.4. </w:t>
      </w:r>
      <w:r w:rsidR="0005157A" w:rsidRPr="009512B4">
        <w:rPr>
          <w:rFonts w:cs="Times New Roman"/>
          <w:sz w:val="24"/>
          <w:lang w:val="lt-LT"/>
        </w:rPr>
        <w:t xml:space="preserve">darbuotojų saugos ir sveikatos, priešgaisrinės saugos ir kitų </w:t>
      </w:r>
      <w:r>
        <w:rPr>
          <w:rFonts w:cs="Times New Roman"/>
          <w:sz w:val="24"/>
          <w:lang w:val="lt-LT"/>
        </w:rPr>
        <w:t>privalomų reikalavimų laikymąsi;</w:t>
      </w:r>
    </w:p>
    <w:p w:rsidR="003F3646" w:rsidRPr="009512B4" w:rsidRDefault="00A17DD8" w:rsidP="00A17DD8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 xml:space="preserve">28.5. </w:t>
      </w:r>
      <w:r w:rsidR="0005157A" w:rsidRPr="009512B4">
        <w:rPr>
          <w:rFonts w:cs="Times New Roman"/>
          <w:sz w:val="24"/>
          <w:lang w:val="lt-LT"/>
        </w:rPr>
        <w:t>žalą, padarytą dėl savo kaltės, Lietuvos Respublikos teisės aktų nustatyta tvarka.</w:t>
      </w:r>
    </w:p>
    <w:p w:rsidR="00394E6D" w:rsidRPr="009512B4" w:rsidRDefault="00394E6D" w:rsidP="00394E6D">
      <w:pPr>
        <w:spacing w:after="0" w:line="240" w:lineRule="auto"/>
        <w:ind w:firstLine="709"/>
        <w:rPr>
          <w:rFonts w:cs="Times New Roman"/>
          <w:lang w:val="lt-LT"/>
        </w:rPr>
      </w:pPr>
    </w:p>
    <w:p w:rsidR="00394E6D" w:rsidRPr="0014260C" w:rsidRDefault="0005157A" w:rsidP="00394E6D">
      <w:pPr>
        <w:spacing w:after="0" w:line="240" w:lineRule="auto"/>
        <w:jc w:val="center"/>
        <w:rPr>
          <w:rFonts w:cs="Times New Roman"/>
          <w:b/>
          <w:sz w:val="24"/>
        </w:rPr>
      </w:pPr>
      <w:r w:rsidRPr="00394E6D">
        <w:rPr>
          <w:rFonts w:cs="Times New Roman"/>
          <w:b/>
          <w:sz w:val="24"/>
        </w:rPr>
        <w:t>VII SKYRIUS</w:t>
      </w:r>
      <w:r w:rsidRPr="00394E6D">
        <w:rPr>
          <w:rFonts w:cs="Times New Roman"/>
          <w:b/>
          <w:sz w:val="24"/>
        </w:rPr>
        <w:br/>
        <w:t>BAIGIAMOSIOS NUOSTATOS</w:t>
      </w:r>
    </w:p>
    <w:p w:rsidR="00394E6D" w:rsidRPr="00394E6D" w:rsidRDefault="00394E6D" w:rsidP="00394E6D">
      <w:pPr>
        <w:spacing w:after="0" w:line="240" w:lineRule="auto"/>
        <w:rPr>
          <w:rFonts w:cs="Times New Roman"/>
          <w:sz w:val="24"/>
        </w:rPr>
      </w:pPr>
    </w:p>
    <w:p w:rsidR="003F3646" w:rsidRPr="009512B4" w:rsidRDefault="00A17DD8" w:rsidP="0005157A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>29</w:t>
      </w:r>
      <w:r w:rsidR="009512B4" w:rsidRPr="009512B4">
        <w:rPr>
          <w:rFonts w:cs="Times New Roman"/>
          <w:sz w:val="24"/>
          <w:lang w:val="lt-LT"/>
        </w:rPr>
        <w:t xml:space="preserve">. </w:t>
      </w:r>
      <w:r w:rsidR="0005157A" w:rsidRPr="009512B4">
        <w:rPr>
          <w:rFonts w:cs="Times New Roman"/>
          <w:sz w:val="24"/>
          <w:lang w:val="lt-LT"/>
        </w:rPr>
        <w:t>Pareigybės aprašymas peržiūrimas ir keičiamas pasikeitus teisės aktams, Mokyklos veiklos organizavimui arba pareigybės funkcijoms.</w:t>
      </w:r>
    </w:p>
    <w:p w:rsidR="003F3646" w:rsidRPr="0014260C" w:rsidRDefault="00A17DD8" w:rsidP="0005157A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>30</w:t>
      </w:r>
      <w:r w:rsidR="009512B4" w:rsidRPr="009512B4">
        <w:rPr>
          <w:rFonts w:cs="Times New Roman"/>
          <w:sz w:val="24"/>
          <w:lang w:val="lt-LT"/>
        </w:rPr>
        <w:t xml:space="preserve">. </w:t>
      </w:r>
      <w:r w:rsidR="0005157A" w:rsidRPr="009512B4">
        <w:rPr>
          <w:rFonts w:cs="Times New Roman"/>
          <w:sz w:val="24"/>
          <w:lang w:val="lt-LT"/>
        </w:rPr>
        <w:t>Darbuotojas su šiuo pareigybės aprašymu supažindinamas pasirašytinai arba Mokyklos naudojamomis elektroninėmis priemonėmis.</w:t>
      </w:r>
    </w:p>
    <w:p w:rsidR="0014260C" w:rsidRDefault="0014260C">
      <w:pPr>
        <w:rPr>
          <w:rFonts w:cs="Times New Roman"/>
        </w:rPr>
      </w:pPr>
    </w:p>
    <w:p w:rsidR="003F3646" w:rsidRPr="0014260C" w:rsidRDefault="0005157A">
      <w:pPr>
        <w:rPr>
          <w:rFonts w:cs="Times New Roman"/>
          <w:sz w:val="24"/>
          <w:lang w:val="lt-LT"/>
        </w:rPr>
      </w:pPr>
      <w:r w:rsidRPr="0014260C">
        <w:rPr>
          <w:rFonts w:cs="Times New Roman"/>
          <w:sz w:val="24"/>
          <w:lang w:val="lt-LT"/>
        </w:rPr>
        <w:t>Su pareigybės aprašymu susipažinau:</w:t>
      </w:r>
    </w:p>
    <w:p w:rsidR="003F3646" w:rsidRPr="0014260C" w:rsidRDefault="0005157A" w:rsidP="0014260C">
      <w:pPr>
        <w:spacing w:after="0" w:line="240" w:lineRule="auto"/>
        <w:rPr>
          <w:rFonts w:cs="Times New Roman"/>
          <w:sz w:val="24"/>
          <w:lang w:val="lt-LT"/>
        </w:rPr>
      </w:pPr>
      <w:r w:rsidRPr="0014260C">
        <w:rPr>
          <w:rFonts w:cs="Times New Roman"/>
          <w:sz w:val="24"/>
          <w:lang w:val="lt-LT"/>
        </w:rPr>
        <w:t>______________________________        ______________________________</w:t>
      </w:r>
      <w:r w:rsidR="0014260C">
        <w:rPr>
          <w:rFonts w:cs="Times New Roman"/>
          <w:sz w:val="24"/>
          <w:lang w:val="lt-LT"/>
        </w:rPr>
        <w:t xml:space="preserve">      </w:t>
      </w:r>
      <w:r w:rsidR="0014260C" w:rsidRPr="0014260C">
        <w:rPr>
          <w:rFonts w:cs="Times New Roman"/>
          <w:sz w:val="24"/>
          <w:lang w:val="lt-LT"/>
        </w:rPr>
        <w:t>_______________</w:t>
      </w:r>
    </w:p>
    <w:p w:rsidR="0014260C" w:rsidRPr="0014260C" w:rsidRDefault="0014260C" w:rsidP="0014260C">
      <w:pPr>
        <w:spacing w:after="0" w:line="240" w:lineRule="auto"/>
        <w:rPr>
          <w:rFonts w:cs="Times New Roman"/>
          <w:sz w:val="24"/>
          <w:lang w:val="lt-LT"/>
        </w:rPr>
      </w:pPr>
      <w:r w:rsidRPr="0014260C">
        <w:rPr>
          <w:rFonts w:cs="Times New Roman"/>
          <w:sz w:val="24"/>
          <w:lang w:val="lt-LT"/>
        </w:rPr>
        <w:t xml:space="preserve">           ( Vardas, pavardė)                                           (parašas)                        </w:t>
      </w:r>
      <w:r>
        <w:rPr>
          <w:rFonts w:cs="Times New Roman"/>
          <w:sz w:val="24"/>
          <w:lang w:val="lt-LT"/>
        </w:rPr>
        <w:t xml:space="preserve">                     </w:t>
      </w:r>
      <w:r w:rsidRPr="0014260C">
        <w:rPr>
          <w:rFonts w:cs="Times New Roman"/>
          <w:sz w:val="24"/>
          <w:lang w:val="lt-LT"/>
        </w:rPr>
        <w:t xml:space="preserve">  (data)</w:t>
      </w:r>
    </w:p>
    <w:sectPr w:rsidR="0014260C" w:rsidRPr="0014260C" w:rsidSect="00481DD5">
      <w:pgSz w:w="12240" w:h="15840"/>
      <w:pgMar w:top="567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157A"/>
    <w:rsid w:val="0006063C"/>
    <w:rsid w:val="0014260C"/>
    <w:rsid w:val="0015074B"/>
    <w:rsid w:val="00207C7D"/>
    <w:rsid w:val="0029639D"/>
    <w:rsid w:val="00326F90"/>
    <w:rsid w:val="00394E6D"/>
    <w:rsid w:val="003F3646"/>
    <w:rsid w:val="00481DD5"/>
    <w:rsid w:val="009512B4"/>
    <w:rsid w:val="00A17DD8"/>
    <w:rsid w:val="00AA1D8D"/>
    <w:rsid w:val="00B47730"/>
    <w:rsid w:val="00CB0664"/>
    <w:rsid w:val="00E97D6E"/>
    <w:rsid w:val="00FC693F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CC009D"/>
  <w14:defaultImageDpi w14:val="300"/>
  <w15:docId w15:val="{D396F442-AB38-43A4-B2EE-CB9BC0209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entaronuoroda">
    <w:name w:val="annotation reference"/>
    <w:basedOn w:val="Numatytasispastraiposriftas"/>
    <w:uiPriority w:val="99"/>
    <w:semiHidden/>
    <w:unhideWhenUsed/>
    <w:rsid w:val="009512B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512B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512B4"/>
    <w:rPr>
      <w:rFonts w:ascii="Times New Roman" w:hAnsi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512B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512B4"/>
    <w:rPr>
      <w:rFonts w:ascii="Times New Roman" w:hAnsi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512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512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6F5571-2928-439E-AA02-C49B7C553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2777</Words>
  <Characters>1583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Adelė Kazlauskienė</cp:lastModifiedBy>
  <cp:revision>8</cp:revision>
  <cp:lastPrinted>2026-10-13T06:11:00Z</cp:lastPrinted>
  <dcterms:created xsi:type="dcterms:W3CDTF">2013-12-23T23:15:00Z</dcterms:created>
  <dcterms:modified xsi:type="dcterms:W3CDTF">2026-10-13T06:13:00Z</dcterms:modified>
  <cp:category/>
</cp:coreProperties>
</file>