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177A" w:rsidRPr="0081177A" w:rsidRDefault="0081177A" w:rsidP="00D036F3">
      <w:pPr>
        <w:tabs>
          <w:tab w:val="left" w:pos="7371"/>
        </w:tabs>
        <w:spacing w:after="0" w:line="240" w:lineRule="auto"/>
        <w:ind w:right="1841" w:firstLine="5103"/>
        <w:jc w:val="both"/>
        <w:rPr>
          <w:rFonts w:eastAsia="Calibri"/>
          <w:szCs w:val="24"/>
          <w:lang w:val="lt-LT" w:eastAsia="lt-LT"/>
        </w:rPr>
      </w:pPr>
      <w:bookmarkStart w:id="0" w:name="X5b0ade501ed4412f94ef5d26dde4e614"/>
      <w:r w:rsidRPr="0081177A">
        <w:rPr>
          <w:rFonts w:eastAsia="Calibri"/>
          <w:szCs w:val="24"/>
          <w:lang w:val="lt-LT" w:eastAsia="lt-LT"/>
        </w:rPr>
        <w:t>PATVIRTINTA</w:t>
      </w:r>
      <w:bookmarkEnd w:id="0"/>
    </w:p>
    <w:p w:rsidR="00D036F3" w:rsidRDefault="0081177A" w:rsidP="00D036F3">
      <w:pPr>
        <w:tabs>
          <w:tab w:val="left" w:pos="7371"/>
          <w:tab w:val="left" w:pos="8931"/>
        </w:tabs>
        <w:spacing w:after="0" w:line="240" w:lineRule="auto"/>
        <w:ind w:right="282" w:firstLine="5103"/>
        <w:jc w:val="both"/>
        <w:rPr>
          <w:rFonts w:eastAsia="Calibri"/>
          <w:szCs w:val="24"/>
          <w:lang w:val="lt-LT" w:eastAsia="lt-LT"/>
        </w:rPr>
      </w:pPr>
      <w:r w:rsidRPr="0081177A">
        <w:rPr>
          <w:rFonts w:eastAsia="Calibri"/>
          <w:szCs w:val="24"/>
          <w:lang w:val="lt-LT" w:eastAsia="lt-LT"/>
        </w:rPr>
        <w:t xml:space="preserve">Druskininkų „Saulės“ pagrindinės mokyklos </w:t>
      </w:r>
    </w:p>
    <w:p w:rsidR="00D036F3" w:rsidRDefault="0081177A" w:rsidP="00D036F3">
      <w:pPr>
        <w:tabs>
          <w:tab w:val="left" w:pos="7371"/>
          <w:tab w:val="left" w:pos="8931"/>
        </w:tabs>
        <w:spacing w:after="0" w:line="240" w:lineRule="auto"/>
        <w:ind w:right="282" w:firstLine="5103"/>
        <w:jc w:val="both"/>
        <w:rPr>
          <w:color w:val="000000"/>
          <w:szCs w:val="24"/>
          <w:lang w:val="lt-LT" w:eastAsia="lt-LT"/>
        </w:rPr>
      </w:pPr>
      <w:r w:rsidRPr="0081177A">
        <w:rPr>
          <w:rFonts w:eastAsia="Calibri"/>
          <w:szCs w:val="24"/>
          <w:lang w:val="lt-LT" w:eastAsia="lt-LT"/>
        </w:rPr>
        <w:t>direktoriaus</w:t>
      </w:r>
      <w:r w:rsidR="00D036F3">
        <w:rPr>
          <w:rFonts w:eastAsia="Calibri"/>
          <w:szCs w:val="24"/>
          <w:lang w:val="lt-LT" w:eastAsia="lt-LT"/>
        </w:rPr>
        <w:t xml:space="preserve"> </w:t>
      </w:r>
      <w:r w:rsidR="00D036F3">
        <w:rPr>
          <w:color w:val="000000"/>
          <w:szCs w:val="24"/>
          <w:lang w:val="lt-LT" w:eastAsia="lt-LT"/>
        </w:rPr>
        <w:t>2025 m. rugsėjo 1 d.</w:t>
      </w:r>
    </w:p>
    <w:p w:rsidR="0081177A" w:rsidRPr="00D036F3" w:rsidRDefault="00D036F3" w:rsidP="00D036F3">
      <w:pPr>
        <w:tabs>
          <w:tab w:val="left" w:pos="7371"/>
          <w:tab w:val="left" w:pos="8931"/>
        </w:tabs>
        <w:spacing w:after="0" w:line="240" w:lineRule="auto"/>
        <w:ind w:right="282" w:firstLine="5103"/>
        <w:jc w:val="both"/>
        <w:rPr>
          <w:rFonts w:eastAsia="Calibri"/>
          <w:szCs w:val="24"/>
          <w:lang w:val="lt-LT" w:eastAsia="lt-LT"/>
        </w:rPr>
      </w:pPr>
      <w:r>
        <w:rPr>
          <w:color w:val="000000"/>
          <w:szCs w:val="24"/>
          <w:lang w:val="lt-LT" w:eastAsia="lt-LT"/>
        </w:rPr>
        <w:t xml:space="preserve"> įsakymu Nr. V1-96</w:t>
      </w:r>
    </w:p>
    <w:p w:rsidR="004E064C" w:rsidRPr="0081177A" w:rsidRDefault="004E064C">
      <w:pPr>
        <w:rPr>
          <w:rFonts w:cs="Times New Roman"/>
          <w:sz w:val="24"/>
          <w:szCs w:val="24"/>
        </w:rPr>
      </w:pPr>
    </w:p>
    <w:p w:rsidR="004E064C" w:rsidRPr="0081177A" w:rsidRDefault="006C3698" w:rsidP="0081177A">
      <w:pPr>
        <w:spacing w:after="0" w:line="240" w:lineRule="auto"/>
        <w:jc w:val="center"/>
        <w:rPr>
          <w:rFonts w:cs="Times New Roman"/>
          <w:sz w:val="24"/>
          <w:szCs w:val="24"/>
        </w:rPr>
      </w:pPr>
      <w:r w:rsidRPr="0081177A">
        <w:rPr>
          <w:rFonts w:cs="Times New Roman"/>
          <w:b/>
          <w:sz w:val="24"/>
          <w:szCs w:val="24"/>
        </w:rPr>
        <w:t>DRUSKININKŲ „</w:t>
      </w:r>
      <w:proofErr w:type="gramStart"/>
      <w:r w:rsidRPr="0081177A">
        <w:rPr>
          <w:rFonts w:cs="Times New Roman"/>
          <w:b/>
          <w:sz w:val="24"/>
          <w:szCs w:val="24"/>
        </w:rPr>
        <w:t>SAULĖS“ PAGRINDINĖS</w:t>
      </w:r>
      <w:proofErr w:type="gramEnd"/>
      <w:r w:rsidRPr="0081177A">
        <w:rPr>
          <w:rFonts w:cs="Times New Roman"/>
          <w:b/>
          <w:sz w:val="24"/>
          <w:szCs w:val="24"/>
        </w:rPr>
        <w:t xml:space="preserve"> MOKYKLOS</w:t>
      </w:r>
      <w:r w:rsidR="008C741C">
        <w:rPr>
          <w:rFonts w:cs="Times New Roman"/>
          <w:b/>
          <w:sz w:val="24"/>
          <w:szCs w:val="24"/>
        </w:rPr>
        <w:t xml:space="preserve"> VDM</w:t>
      </w:r>
    </w:p>
    <w:p w:rsidR="004E064C" w:rsidRPr="0081177A" w:rsidRDefault="006C3698" w:rsidP="0081177A">
      <w:pPr>
        <w:spacing w:after="0" w:line="240" w:lineRule="auto"/>
        <w:jc w:val="center"/>
        <w:rPr>
          <w:rFonts w:cs="Times New Roman"/>
          <w:sz w:val="24"/>
          <w:szCs w:val="24"/>
        </w:rPr>
      </w:pPr>
      <w:r w:rsidRPr="0081177A">
        <w:rPr>
          <w:rFonts w:cs="Times New Roman"/>
          <w:b/>
          <w:sz w:val="24"/>
          <w:szCs w:val="24"/>
        </w:rPr>
        <w:t>LOGOPEDO</w:t>
      </w:r>
      <w:r w:rsidR="00742D28">
        <w:rPr>
          <w:rFonts w:cs="Times New Roman"/>
          <w:b/>
          <w:sz w:val="24"/>
          <w:szCs w:val="24"/>
        </w:rPr>
        <w:t>, DIRBANČIO VISOS DIENOS MOKYKLOS PROJEKTE,</w:t>
      </w:r>
      <w:bookmarkStart w:id="1" w:name="_GoBack"/>
      <w:bookmarkEnd w:id="1"/>
      <w:r w:rsidRPr="0081177A">
        <w:rPr>
          <w:rFonts w:cs="Times New Roman"/>
          <w:b/>
          <w:sz w:val="24"/>
          <w:szCs w:val="24"/>
        </w:rPr>
        <w:t xml:space="preserve"> PAREIGYBĖS APRAŠYMAS</w:t>
      </w:r>
    </w:p>
    <w:p w:rsidR="004E064C" w:rsidRPr="0081177A" w:rsidRDefault="004E064C" w:rsidP="000E1096">
      <w:pPr>
        <w:spacing w:after="0" w:line="240" w:lineRule="auto"/>
        <w:rPr>
          <w:rFonts w:cs="Times New Roman"/>
          <w:sz w:val="24"/>
          <w:szCs w:val="24"/>
        </w:rPr>
      </w:pPr>
    </w:p>
    <w:p w:rsidR="004E064C" w:rsidRDefault="006C3698" w:rsidP="000E1096">
      <w:pPr>
        <w:spacing w:after="0" w:line="240" w:lineRule="auto"/>
        <w:ind w:left="360"/>
        <w:jc w:val="center"/>
        <w:rPr>
          <w:rFonts w:cs="Times New Roman"/>
          <w:b/>
          <w:sz w:val="24"/>
          <w:szCs w:val="24"/>
        </w:rPr>
      </w:pPr>
      <w:r w:rsidRPr="0081177A">
        <w:rPr>
          <w:rFonts w:cs="Times New Roman"/>
          <w:b/>
          <w:sz w:val="24"/>
          <w:szCs w:val="24"/>
        </w:rPr>
        <w:t>I SKYRIUS</w:t>
      </w:r>
      <w:r w:rsidRPr="0081177A">
        <w:rPr>
          <w:rFonts w:cs="Times New Roman"/>
          <w:b/>
          <w:sz w:val="24"/>
          <w:szCs w:val="24"/>
        </w:rPr>
        <w:br/>
        <w:t>BENDROSIOS NUOSTATOS</w:t>
      </w:r>
    </w:p>
    <w:p w:rsidR="0081177A" w:rsidRPr="0081177A" w:rsidRDefault="0081177A" w:rsidP="000E1096">
      <w:pPr>
        <w:spacing w:after="0" w:line="240" w:lineRule="auto"/>
        <w:ind w:left="360"/>
        <w:jc w:val="center"/>
        <w:rPr>
          <w:rFonts w:cs="Times New Roman"/>
          <w:sz w:val="24"/>
          <w:szCs w:val="24"/>
        </w:rPr>
      </w:pPr>
    </w:p>
    <w:p w:rsidR="004E064C" w:rsidRPr="0081177A" w:rsidRDefault="0081177A" w:rsidP="0081177A">
      <w:pPr>
        <w:spacing w:after="0" w:line="240" w:lineRule="auto"/>
        <w:ind w:firstLine="567"/>
        <w:jc w:val="both"/>
        <w:rPr>
          <w:rFonts w:cs="Times New Roman"/>
          <w:sz w:val="24"/>
          <w:szCs w:val="24"/>
          <w:lang w:val="lt-LT"/>
        </w:rPr>
      </w:pPr>
      <w:r w:rsidRPr="0081177A">
        <w:rPr>
          <w:rFonts w:cs="Times New Roman"/>
          <w:sz w:val="24"/>
          <w:szCs w:val="24"/>
          <w:lang w:val="lt-LT"/>
        </w:rPr>
        <w:t xml:space="preserve">1. </w:t>
      </w:r>
      <w:r w:rsidR="006C3698" w:rsidRPr="0081177A">
        <w:rPr>
          <w:rFonts w:cs="Times New Roman"/>
          <w:sz w:val="24"/>
          <w:szCs w:val="24"/>
          <w:lang w:val="lt-LT"/>
        </w:rPr>
        <w:t>P</w:t>
      </w:r>
      <w:r w:rsidR="00A04DC9">
        <w:rPr>
          <w:rFonts w:cs="Times New Roman"/>
          <w:sz w:val="24"/>
          <w:szCs w:val="24"/>
          <w:lang w:val="lt-LT"/>
        </w:rPr>
        <w:t>areigybės pavadinimas – logopedas</w:t>
      </w:r>
      <w:r w:rsidR="006C3698" w:rsidRPr="0081177A">
        <w:rPr>
          <w:rFonts w:cs="Times New Roman"/>
          <w:sz w:val="24"/>
          <w:szCs w:val="24"/>
          <w:lang w:val="lt-LT"/>
        </w:rPr>
        <w:t>.</w:t>
      </w:r>
    </w:p>
    <w:p w:rsidR="004E064C" w:rsidRPr="0081177A" w:rsidRDefault="0081177A" w:rsidP="0081177A">
      <w:pPr>
        <w:spacing w:after="0" w:line="240" w:lineRule="auto"/>
        <w:ind w:firstLine="567"/>
        <w:jc w:val="both"/>
        <w:rPr>
          <w:rFonts w:cs="Times New Roman"/>
          <w:sz w:val="24"/>
          <w:szCs w:val="24"/>
          <w:lang w:val="lt-LT"/>
        </w:rPr>
      </w:pPr>
      <w:r w:rsidRPr="0081177A">
        <w:rPr>
          <w:rFonts w:cs="Times New Roman"/>
          <w:sz w:val="24"/>
          <w:szCs w:val="24"/>
          <w:lang w:val="lt-LT"/>
        </w:rPr>
        <w:t xml:space="preserve">2. </w:t>
      </w:r>
      <w:r w:rsidR="006C3698" w:rsidRPr="0081177A">
        <w:rPr>
          <w:rFonts w:cs="Times New Roman"/>
          <w:sz w:val="24"/>
          <w:szCs w:val="24"/>
          <w:lang w:val="lt-LT"/>
        </w:rPr>
        <w:t>Pareigybės grupė – pagalbos mokiniui specialistas.</w:t>
      </w:r>
    </w:p>
    <w:p w:rsidR="004E064C" w:rsidRPr="0081177A" w:rsidRDefault="0081177A" w:rsidP="0081177A">
      <w:pPr>
        <w:spacing w:after="0" w:line="240" w:lineRule="auto"/>
        <w:ind w:firstLine="567"/>
        <w:jc w:val="both"/>
        <w:rPr>
          <w:rFonts w:cs="Times New Roman"/>
          <w:sz w:val="24"/>
          <w:szCs w:val="24"/>
          <w:lang w:val="lt-LT"/>
        </w:rPr>
      </w:pPr>
      <w:r w:rsidRPr="0081177A">
        <w:rPr>
          <w:rFonts w:cs="Times New Roman"/>
          <w:sz w:val="24"/>
          <w:szCs w:val="24"/>
          <w:lang w:val="lt-LT"/>
        </w:rPr>
        <w:t xml:space="preserve">3. </w:t>
      </w:r>
      <w:r w:rsidR="006C3698" w:rsidRPr="0081177A">
        <w:rPr>
          <w:rFonts w:cs="Times New Roman"/>
          <w:sz w:val="24"/>
          <w:szCs w:val="24"/>
          <w:lang w:val="lt-LT"/>
        </w:rPr>
        <w:t>Pareigybės lygis nustatomas Mokyklos pareigybių sąraše ir darbo apmokėjimą reglamentuojančiuose teisės aktuose.</w:t>
      </w:r>
    </w:p>
    <w:p w:rsidR="004E064C" w:rsidRPr="0081177A" w:rsidRDefault="0081177A" w:rsidP="0081177A">
      <w:pPr>
        <w:spacing w:after="0" w:line="240" w:lineRule="auto"/>
        <w:ind w:firstLine="567"/>
        <w:jc w:val="both"/>
        <w:rPr>
          <w:rFonts w:cs="Times New Roman"/>
          <w:sz w:val="24"/>
          <w:szCs w:val="24"/>
          <w:lang w:val="lt-LT"/>
        </w:rPr>
      </w:pPr>
      <w:r w:rsidRPr="0081177A">
        <w:rPr>
          <w:rFonts w:cs="Times New Roman"/>
          <w:sz w:val="24"/>
          <w:szCs w:val="24"/>
          <w:lang w:val="lt-LT"/>
        </w:rPr>
        <w:t xml:space="preserve">4. </w:t>
      </w:r>
      <w:r w:rsidR="006C3698" w:rsidRPr="0081177A">
        <w:rPr>
          <w:rFonts w:cs="Times New Roman"/>
          <w:sz w:val="24"/>
          <w:szCs w:val="24"/>
          <w:lang w:val="lt-LT"/>
        </w:rPr>
        <w:t>Darbuotoją į pareigas priima ir iš pareigų atleidžia Mokyklos direktorius Lietuvos Respublikos teisės aktų nustatyta tvarka.</w:t>
      </w:r>
    </w:p>
    <w:p w:rsidR="004E064C" w:rsidRPr="0081177A" w:rsidRDefault="0081177A" w:rsidP="0081177A">
      <w:pPr>
        <w:spacing w:after="0" w:line="240" w:lineRule="auto"/>
        <w:ind w:firstLine="567"/>
        <w:jc w:val="both"/>
        <w:rPr>
          <w:rFonts w:cs="Times New Roman"/>
          <w:sz w:val="24"/>
          <w:szCs w:val="24"/>
          <w:lang w:val="lt-LT"/>
        </w:rPr>
      </w:pPr>
      <w:r w:rsidRPr="0081177A">
        <w:rPr>
          <w:rFonts w:cs="Times New Roman"/>
          <w:sz w:val="24"/>
          <w:szCs w:val="24"/>
          <w:lang w:val="lt-LT"/>
        </w:rPr>
        <w:t xml:space="preserve">5. </w:t>
      </w:r>
      <w:r w:rsidR="006C3698" w:rsidRPr="0081177A">
        <w:rPr>
          <w:rFonts w:cs="Times New Roman"/>
          <w:sz w:val="24"/>
          <w:szCs w:val="24"/>
          <w:lang w:val="lt-LT"/>
        </w:rPr>
        <w:t>Darbuotojas tiesiogiai pavaldus Mokyklos direktoriui arba jo įgaliotam vadovui, jeigu toks paskirtas.</w:t>
      </w:r>
    </w:p>
    <w:p w:rsidR="004E064C" w:rsidRPr="0081177A" w:rsidRDefault="0081177A" w:rsidP="0081177A">
      <w:pPr>
        <w:spacing w:after="0" w:line="240" w:lineRule="auto"/>
        <w:ind w:firstLine="567"/>
        <w:jc w:val="both"/>
        <w:rPr>
          <w:rFonts w:cs="Times New Roman"/>
          <w:sz w:val="24"/>
          <w:szCs w:val="24"/>
          <w:lang w:val="lt-LT"/>
        </w:rPr>
      </w:pPr>
      <w:r w:rsidRPr="0081177A">
        <w:rPr>
          <w:rFonts w:cs="Times New Roman"/>
          <w:sz w:val="24"/>
          <w:szCs w:val="24"/>
          <w:lang w:val="lt-LT"/>
        </w:rPr>
        <w:t xml:space="preserve">6. </w:t>
      </w:r>
      <w:r w:rsidR="006C3698" w:rsidRPr="0081177A">
        <w:rPr>
          <w:rFonts w:cs="Times New Roman"/>
          <w:sz w:val="24"/>
          <w:szCs w:val="24"/>
          <w:lang w:val="lt-LT"/>
        </w:rPr>
        <w:t xml:space="preserve">Darbuotojas savo veikloje vadovaujasi Lietuvos Respublikos teisės aktais, Mokyklos nuostatais, ugdymo planu, darbo tvarkos taisyklėmis, </w:t>
      </w:r>
      <w:proofErr w:type="spellStart"/>
      <w:r w:rsidR="007F48D0">
        <w:t>Visos</w:t>
      </w:r>
      <w:proofErr w:type="spellEnd"/>
      <w:r w:rsidR="007F48D0">
        <w:t xml:space="preserve"> </w:t>
      </w:r>
      <w:proofErr w:type="spellStart"/>
      <w:r w:rsidR="007F48D0">
        <w:t>dienos</w:t>
      </w:r>
      <w:proofErr w:type="spellEnd"/>
      <w:r w:rsidR="007F48D0">
        <w:t xml:space="preserve"> mokyklos (</w:t>
      </w:r>
      <w:proofErr w:type="spellStart"/>
      <w:r w:rsidR="007F48D0">
        <w:t>toliau</w:t>
      </w:r>
      <w:proofErr w:type="spellEnd"/>
      <w:r w:rsidR="007F48D0">
        <w:t xml:space="preserve"> – VDM) </w:t>
      </w:r>
      <w:r w:rsidR="006C3698" w:rsidRPr="0081177A">
        <w:rPr>
          <w:rFonts w:cs="Times New Roman"/>
          <w:sz w:val="24"/>
          <w:szCs w:val="24"/>
          <w:lang w:val="lt-LT"/>
        </w:rPr>
        <w:t>veiklos organizavimo tvarkos aprašu, kitais Mokyklos vidaus dokumentais ir šiuo pareigybės aprašymu.</w:t>
      </w:r>
    </w:p>
    <w:p w:rsidR="0081177A" w:rsidRPr="0081177A" w:rsidRDefault="0081177A" w:rsidP="000E1096">
      <w:pPr>
        <w:spacing w:after="0" w:line="240" w:lineRule="auto"/>
        <w:ind w:left="360"/>
        <w:jc w:val="both"/>
        <w:rPr>
          <w:rFonts w:cs="Times New Roman"/>
          <w:sz w:val="24"/>
          <w:szCs w:val="24"/>
        </w:rPr>
      </w:pPr>
    </w:p>
    <w:p w:rsidR="004E064C" w:rsidRDefault="006C3698" w:rsidP="000E1096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81177A">
        <w:rPr>
          <w:rFonts w:cs="Times New Roman"/>
          <w:b/>
          <w:sz w:val="24"/>
          <w:szCs w:val="24"/>
        </w:rPr>
        <w:t>II SKYRIUS</w:t>
      </w:r>
      <w:r w:rsidRPr="0081177A">
        <w:rPr>
          <w:rFonts w:cs="Times New Roman"/>
          <w:b/>
          <w:sz w:val="24"/>
          <w:szCs w:val="24"/>
        </w:rPr>
        <w:br/>
        <w:t>PAREIGYBĖS TIKSLAS</w:t>
      </w:r>
    </w:p>
    <w:p w:rsidR="0081177A" w:rsidRPr="0081177A" w:rsidRDefault="0081177A" w:rsidP="000E1096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:rsidR="004E064C" w:rsidRPr="0081177A" w:rsidRDefault="0081177A" w:rsidP="0081177A">
      <w:pPr>
        <w:spacing w:after="0" w:line="240" w:lineRule="auto"/>
        <w:ind w:firstLine="567"/>
        <w:jc w:val="both"/>
        <w:rPr>
          <w:rFonts w:cs="Times New Roman"/>
          <w:sz w:val="24"/>
          <w:szCs w:val="24"/>
          <w:lang w:val="lt-LT"/>
        </w:rPr>
      </w:pPr>
      <w:r w:rsidRPr="0081177A">
        <w:rPr>
          <w:rFonts w:cs="Times New Roman"/>
          <w:sz w:val="24"/>
          <w:szCs w:val="24"/>
          <w:lang w:val="lt-LT"/>
        </w:rPr>
        <w:t>7. T</w:t>
      </w:r>
      <w:r w:rsidR="006C3698" w:rsidRPr="0081177A">
        <w:rPr>
          <w:rFonts w:cs="Times New Roman"/>
          <w:sz w:val="24"/>
          <w:szCs w:val="24"/>
          <w:lang w:val="lt-LT"/>
        </w:rPr>
        <w:t>eikti mokiniams specialiąją pedagoginę pagalbą, padėti įveikti kalbos, kalbėjimo ir komunikacijos sutrikimus bei ugdymosi sunkumus pagal savo kompetenciją.</w:t>
      </w:r>
    </w:p>
    <w:p w:rsidR="0081177A" w:rsidRPr="0081177A" w:rsidRDefault="0081177A" w:rsidP="000E1096">
      <w:pPr>
        <w:spacing w:after="0" w:line="240" w:lineRule="auto"/>
        <w:rPr>
          <w:rFonts w:cs="Times New Roman"/>
          <w:sz w:val="24"/>
          <w:szCs w:val="24"/>
        </w:rPr>
      </w:pPr>
    </w:p>
    <w:p w:rsidR="004E064C" w:rsidRDefault="006C3698" w:rsidP="000E1096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81177A">
        <w:rPr>
          <w:rFonts w:cs="Times New Roman"/>
          <w:b/>
          <w:sz w:val="24"/>
          <w:szCs w:val="24"/>
        </w:rPr>
        <w:t>III SKYRIUS</w:t>
      </w:r>
      <w:r w:rsidRPr="0081177A">
        <w:rPr>
          <w:rFonts w:cs="Times New Roman"/>
          <w:b/>
          <w:sz w:val="24"/>
          <w:szCs w:val="24"/>
        </w:rPr>
        <w:br/>
        <w:t>KVALIFIKACINIAI REIKALAVIMAI</w:t>
      </w:r>
    </w:p>
    <w:p w:rsidR="0081177A" w:rsidRPr="0081177A" w:rsidRDefault="0081177A" w:rsidP="000E1096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:rsidR="004E064C" w:rsidRPr="0081177A" w:rsidRDefault="0081177A" w:rsidP="0081177A">
      <w:pPr>
        <w:spacing w:after="0" w:line="240" w:lineRule="auto"/>
        <w:ind w:firstLine="709"/>
        <w:jc w:val="both"/>
        <w:rPr>
          <w:rFonts w:cs="Times New Roman"/>
          <w:sz w:val="24"/>
          <w:szCs w:val="24"/>
          <w:lang w:val="lt-LT"/>
        </w:rPr>
      </w:pPr>
      <w:r w:rsidRPr="0081177A">
        <w:rPr>
          <w:rFonts w:cs="Times New Roman"/>
          <w:sz w:val="24"/>
          <w:szCs w:val="24"/>
          <w:lang w:val="lt-LT"/>
        </w:rPr>
        <w:t>8. A</w:t>
      </w:r>
      <w:r w:rsidR="006C3698" w:rsidRPr="0081177A">
        <w:rPr>
          <w:rFonts w:cs="Times New Roman"/>
          <w:sz w:val="24"/>
          <w:szCs w:val="24"/>
          <w:lang w:val="lt-LT"/>
        </w:rPr>
        <w:t xml:space="preserve">titikti Lietuvos Respublikos švietimo, mokslo ir sporto ministro 2024 m. gegužės 16 d. įsakymu Nr. V-574 patvirtintame Asmenų, teikiančių specialiąją pedagoginę ir socialinę pedagoginę pagalbą, kvalifikacinių reikalavimų apraše nustatytus </w:t>
      </w:r>
      <w:r>
        <w:rPr>
          <w:rFonts w:cs="Times New Roman"/>
          <w:sz w:val="24"/>
          <w:szCs w:val="24"/>
          <w:lang w:val="lt-LT"/>
        </w:rPr>
        <w:t>logopedui taikomus reikalavimus.</w:t>
      </w:r>
    </w:p>
    <w:p w:rsidR="004E064C" w:rsidRPr="0081177A" w:rsidRDefault="0081177A" w:rsidP="0081177A">
      <w:pPr>
        <w:spacing w:after="0" w:line="240" w:lineRule="auto"/>
        <w:ind w:firstLine="709"/>
        <w:jc w:val="both"/>
        <w:rPr>
          <w:rFonts w:cs="Times New Roman"/>
          <w:sz w:val="24"/>
          <w:szCs w:val="24"/>
          <w:lang w:val="lt-LT"/>
        </w:rPr>
      </w:pPr>
      <w:r w:rsidRPr="0081177A">
        <w:rPr>
          <w:rFonts w:cs="Times New Roman"/>
          <w:sz w:val="24"/>
          <w:szCs w:val="24"/>
          <w:lang w:val="lt-LT"/>
        </w:rPr>
        <w:t>9. T</w:t>
      </w:r>
      <w:r w:rsidR="006C3698" w:rsidRPr="0081177A">
        <w:rPr>
          <w:rFonts w:cs="Times New Roman"/>
          <w:sz w:val="24"/>
          <w:szCs w:val="24"/>
          <w:lang w:val="lt-LT"/>
        </w:rPr>
        <w:t>urėti teisės aktuose nustatyt</w:t>
      </w:r>
      <w:r>
        <w:rPr>
          <w:rFonts w:cs="Times New Roman"/>
          <w:sz w:val="24"/>
          <w:szCs w:val="24"/>
          <w:lang w:val="lt-LT"/>
        </w:rPr>
        <w:t>ą išsilavinimą ir kvalifikaciją.</w:t>
      </w:r>
    </w:p>
    <w:p w:rsidR="008C741C" w:rsidRPr="000E1096" w:rsidRDefault="0081177A" w:rsidP="000E1096">
      <w:pPr>
        <w:spacing w:after="0" w:line="240" w:lineRule="auto"/>
        <w:ind w:firstLine="709"/>
        <w:jc w:val="both"/>
        <w:rPr>
          <w:rFonts w:cs="Times New Roman"/>
          <w:sz w:val="24"/>
          <w:szCs w:val="24"/>
          <w:lang w:val="lt-LT"/>
        </w:rPr>
      </w:pPr>
      <w:r w:rsidRPr="0081177A">
        <w:rPr>
          <w:rFonts w:cs="Times New Roman"/>
          <w:sz w:val="24"/>
          <w:szCs w:val="24"/>
          <w:lang w:val="lt-LT"/>
        </w:rPr>
        <w:t>10. G</w:t>
      </w:r>
      <w:r w:rsidR="006C3698" w:rsidRPr="0081177A">
        <w:rPr>
          <w:rFonts w:cs="Times New Roman"/>
          <w:sz w:val="24"/>
          <w:szCs w:val="24"/>
          <w:lang w:val="lt-LT"/>
        </w:rPr>
        <w:t>ebėti vertinti mokinio kalbos, kalbėjimo ir komunikacijos poreikius bei planuoti ir teikti pagalbą.</w:t>
      </w:r>
    </w:p>
    <w:p w:rsidR="008C741C" w:rsidRDefault="008C741C" w:rsidP="000E1096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:rsidR="004E064C" w:rsidRDefault="006C3698" w:rsidP="000E1096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81177A">
        <w:rPr>
          <w:rFonts w:cs="Times New Roman"/>
          <w:b/>
          <w:sz w:val="24"/>
          <w:szCs w:val="24"/>
        </w:rPr>
        <w:t>IV SKYRIUS</w:t>
      </w:r>
      <w:r w:rsidRPr="0081177A">
        <w:rPr>
          <w:rFonts w:cs="Times New Roman"/>
          <w:b/>
          <w:sz w:val="24"/>
          <w:szCs w:val="24"/>
        </w:rPr>
        <w:br/>
        <w:t>FUNKCIJOS</w:t>
      </w:r>
    </w:p>
    <w:p w:rsidR="0081177A" w:rsidRPr="0081177A" w:rsidRDefault="0081177A" w:rsidP="000E1096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:rsidR="004E064C" w:rsidRPr="0081177A" w:rsidRDefault="0081177A" w:rsidP="0081177A">
      <w:pPr>
        <w:spacing w:after="0" w:line="240" w:lineRule="auto"/>
        <w:ind w:firstLine="709"/>
        <w:jc w:val="both"/>
        <w:rPr>
          <w:rFonts w:cs="Times New Roman"/>
          <w:sz w:val="24"/>
          <w:szCs w:val="24"/>
          <w:lang w:val="lt-LT"/>
        </w:rPr>
      </w:pPr>
      <w:r w:rsidRPr="0081177A">
        <w:rPr>
          <w:rFonts w:cs="Times New Roman"/>
          <w:sz w:val="24"/>
          <w:szCs w:val="24"/>
          <w:lang w:val="lt-LT"/>
        </w:rPr>
        <w:t>11. V</w:t>
      </w:r>
      <w:r w:rsidR="006C3698" w:rsidRPr="0081177A">
        <w:rPr>
          <w:rFonts w:cs="Times New Roman"/>
          <w:sz w:val="24"/>
          <w:szCs w:val="24"/>
          <w:lang w:val="lt-LT"/>
        </w:rPr>
        <w:t>ertina mokinių kalbos, kalbėjimo ir komunikacijos ge</w:t>
      </w:r>
      <w:r>
        <w:rPr>
          <w:rFonts w:cs="Times New Roman"/>
          <w:sz w:val="24"/>
          <w:szCs w:val="24"/>
          <w:lang w:val="lt-LT"/>
        </w:rPr>
        <w:t>bėjimus pagal savo kompetenciją.</w:t>
      </w:r>
    </w:p>
    <w:p w:rsidR="004E064C" w:rsidRPr="0081177A" w:rsidRDefault="0081177A" w:rsidP="0081177A">
      <w:pPr>
        <w:spacing w:after="0" w:line="240" w:lineRule="auto"/>
        <w:ind w:firstLine="709"/>
        <w:jc w:val="both"/>
        <w:rPr>
          <w:rFonts w:cs="Times New Roman"/>
          <w:sz w:val="24"/>
          <w:szCs w:val="24"/>
          <w:lang w:val="lt-LT"/>
        </w:rPr>
      </w:pPr>
      <w:r w:rsidRPr="0081177A">
        <w:rPr>
          <w:rFonts w:cs="Times New Roman"/>
          <w:sz w:val="24"/>
          <w:szCs w:val="24"/>
          <w:lang w:val="lt-LT"/>
        </w:rPr>
        <w:t>12. T</w:t>
      </w:r>
      <w:r w:rsidR="006C3698" w:rsidRPr="0081177A">
        <w:rPr>
          <w:rFonts w:cs="Times New Roman"/>
          <w:sz w:val="24"/>
          <w:szCs w:val="24"/>
          <w:lang w:val="lt-LT"/>
        </w:rPr>
        <w:t>eikia individuali</w:t>
      </w:r>
      <w:r>
        <w:rPr>
          <w:rFonts w:cs="Times New Roman"/>
          <w:sz w:val="24"/>
          <w:szCs w:val="24"/>
          <w:lang w:val="lt-LT"/>
        </w:rPr>
        <w:t>ą ir grupinę logopedinę pagalbą.</w:t>
      </w:r>
    </w:p>
    <w:p w:rsidR="004E064C" w:rsidRPr="0081177A" w:rsidRDefault="0081177A" w:rsidP="0081177A">
      <w:pPr>
        <w:spacing w:after="0" w:line="240" w:lineRule="auto"/>
        <w:ind w:firstLine="709"/>
        <w:jc w:val="both"/>
        <w:rPr>
          <w:rFonts w:cs="Times New Roman"/>
          <w:sz w:val="24"/>
          <w:szCs w:val="24"/>
          <w:lang w:val="lt-LT"/>
        </w:rPr>
      </w:pPr>
      <w:r w:rsidRPr="0081177A">
        <w:rPr>
          <w:rFonts w:cs="Times New Roman"/>
          <w:sz w:val="24"/>
          <w:szCs w:val="24"/>
          <w:lang w:val="lt-LT"/>
        </w:rPr>
        <w:t>13. R</w:t>
      </w:r>
      <w:r w:rsidR="006C3698" w:rsidRPr="0081177A">
        <w:rPr>
          <w:rFonts w:cs="Times New Roman"/>
          <w:sz w:val="24"/>
          <w:szCs w:val="24"/>
          <w:lang w:val="lt-LT"/>
        </w:rPr>
        <w:t>engia ir įgyvendina pagalbos teikimo bei pratybų planus p</w:t>
      </w:r>
      <w:r>
        <w:rPr>
          <w:rFonts w:cs="Times New Roman"/>
          <w:sz w:val="24"/>
          <w:szCs w:val="24"/>
          <w:lang w:val="lt-LT"/>
        </w:rPr>
        <w:t>agal mokinių poreikius.</w:t>
      </w:r>
    </w:p>
    <w:p w:rsidR="004E064C" w:rsidRPr="0081177A" w:rsidRDefault="0081177A" w:rsidP="0081177A">
      <w:pPr>
        <w:spacing w:after="0" w:line="240" w:lineRule="auto"/>
        <w:ind w:firstLine="709"/>
        <w:jc w:val="both"/>
        <w:rPr>
          <w:rFonts w:cs="Times New Roman"/>
          <w:sz w:val="24"/>
          <w:szCs w:val="24"/>
          <w:lang w:val="lt-LT"/>
        </w:rPr>
      </w:pPr>
      <w:r w:rsidRPr="0081177A">
        <w:rPr>
          <w:rFonts w:cs="Times New Roman"/>
          <w:sz w:val="24"/>
          <w:szCs w:val="24"/>
          <w:lang w:val="lt-LT"/>
        </w:rPr>
        <w:t>14. B</w:t>
      </w:r>
      <w:r w:rsidR="006C3698" w:rsidRPr="0081177A">
        <w:rPr>
          <w:rFonts w:cs="Times New Roman"/>
          <w:sz w:val="24"/>
          <w:szCs w:val="24"/>
          <w:lang w:val="lt-LT"/>
        </w:rPr>
        <w:t>endradarbiauja su mokytojais, mokinio padėjėjais, psichologu, socialiniu p</w:t>
      </w:r>
      <w:r>
        <w:rPr>
          <w:rFonts w:cs="Times New Roman"/>
          <w:sz w:val="24"/>
          <w:szCs w:val="24"/>
          <w:lang w:val="lt-LT"/>
        </w:rPr>
        <w:t>edagogu ir kitais specialistais.</w:t>
      </w:r>
    </w:p>
    <w:p w:rsidR="004E064C" w:rsidRPr="0081177A" w:rsidRDefault="0081177A" w:rsidP="0081177A">
      <w:pPr>
        <w:spacing w:after="0" w:line="240" w:lineRule="auto"/>
        <w:ind w:firstLine="709"/>
        <w:jc w:val="both"/>
        <w:rPr>
          <w:rFonts w:cs="Times New Roman"/>
          <w:sz w:val="24"/>
          <w:szCs w:val="24"/>
          <w:lang w:val="lt-LT"/>
        </w:rPr>
      </w:pPr>
      <w:r w:rsidRPr="0081177A">
        <w:rPr>
          <w:rFonts w:cs="Times New Roman"/>
          <w:sz w:val="24"/>
          <w:szCs w:val="24"/>
          <w:lang w:val="lt-LT"/>
        </w:rPr>
        <w:t>15. T</w:t>
      </w:r>
      <w:r w:rsidR="006C3698" w:rsidRPr="0081177A">
        <w:rPr>
          <w:rFonts w:cs="Times New Roman"/>
          <w:sz w:val="24"/>
          <w:szCs w:val="24"/>
          <w:lang w:val="lt-LT"/>
        </w:rPr>
        <w:t>eikia rekomendacijas mokytojams ir mokinių tėvams (globėjams, rūpintojams) dėl mokinio</w:t>
      </w:r>
      <w:r>
        <w:rPr>
          <w:rFonts w:cs="Times New Roman"/>
          <w:sz w:val="24"/>
          <w:szCs w:val="24"/>
          <w:lang w:val="lt-LT"/>
        </w:rPr>
        <w:t xml:space="preserve"> kalbos ir komunikacijos ugdymo.</w:t>
      </w:r>
    </w:p>
    <w:p w:rsidR="004E064C" w:rsidRPr="0081177A" w:rsidRDefault="0081177A" w:rsidP="0081177A">
      <w:pPr>
        <w:spacing w:after="0" w:line="240" w:lineRule="auto"/>
        <w:ind w:firstLine="709"/>
        <w:jc w:val="both"/>
        <w:rPr>
          <w:rFonts w:cs="Times New Roman"/>
          <w:sz w:val="24"/>
          <w:szCs w:val="24"/>
          <w:lang w:val="lt-LT"/>
        </w:rPr>
      </w:pPr>
      <w:r w:rsidRPr="0081177A">
        <w:rPr>
          <w:rFonts w:cs="Times New Roman"/>
          <w:sz w:val="24"/>
          <w:szCs w:val="24"/>
          <w:lang w:val="lt-LT"/>
        </w:rPr>
        <w:lastRenderedPageBreak/>
        <w:t>16. D</w:t>
      </w:r>
      <w:r w:rsidR="006C3698" w:rsidRPr="0081177A">
        <w:rPr>
          <w:rFonts w:cs="Times New Roman"/>
          <w:sz w:val="24"/>
          <w:szCs w:val="24"/>
          <w:lang w:val="lt-LT"/>
        </w:rPr>
        <w:t>alyvauja Vaiko gerovės komisijos veikloje ir teikia informaciją apie mokiniui teikiamą pa</w:t>
      </w:r>
      <w:r>
        <w:rPr>
          <w:rFonts w:cs="Times New Roman"/>
          <w:sz w:val="24"/>
          <w:szCs w:val="24"/>
          <w:lang w:val="lt-LT"/>
        </w:rPr>
        <w:t>galbą savo kompetencijos ribose.</w:t>
      </w:r>
    </w:p>
    <w:p w:rsidR="004E064C" w:rsidRPr="0081177A" w:rsidRDefault="0081177A" w:rsidP="0081177A">
      <w:pPr>
        <w:spacing w:after="0" w:line="240" w:lineRule="auto"/>
        <w:ind w:firstLine="709"/>
        <w:jc w:val="both"/>
        <w:rPr>
          <w:rFonts w:cs="Times New Roman"/>
          <w:sz w:val="24"/>
          <w:szCs w:val="24"/>
          <w:lang w:val="lt-LT"/>
        </w:rPr>
      </w:pPr>
      <w:r w:rsidRPr="0081177A">
        <w:rPr>
          <w:rFonts w:cs="Times New Roman"/>
          <w:sz w:val="24"/>
          <w:szCs w:val="24"/>
          <w:lang w:val="lt-LT"/>
        </w:rPr>
        <w:t>17. T</w:t>
      </w:r>
      <w:r w:rsidR="006C3698" w:rsidRPr="0081177A">
        <w:rPr>
          <w:rFonts w:cs="Times New Roman"/>
          <w:sz w:val="24"/>
          <w:szCs w:val="24"/>
          <w:lang w:val="lt-LT"/>
        </w:rPr>
        <w:t xml:space="preserve">varko su pagalbos </w:t>
      </w:r>
      <w:r>
        <w:rPr>
          <w:rFonts w:cs="Times New Roman"/>
          <w:sz w:val="24"/>
          <w:szCs w:val="24"/>
          <w:lang w:val="lt-LT"/>
        </w:rPr>
        <w:t>teikimu susijusią dokumentaciją.</w:t>
      </w:r>
    </w:p>
    <w:p w:rsidR="004E064C" w:rsidRPr="0081177A" w:rsidRDefault="0081177A" w:rsidP="0081177A">
      <w:pPr>
        <w:spacing w:after="0" w:line="240" w:lineRule="auto"/>
        <w:ind w:firstLine="709"/>
        <w:jc w:val="both"/>
        <w:rPr>
          <w:rFonts w:cs="Times New Roman"/>
          <w:sz w:val="24"/>
          <w:szCs w:val="24"/>
          <w:lang w:val="lt-LT"/>
        </w:rPr>
      </w:pPr>
      <w:r w:rsidRPr="0081177A">
        <w:rPr>
          <w:rFonts w:cs="Times New Roman"/>
          <w:sz w:val="24"/>
          <w:szCs w:val="24"/>
          <w:lang w:val="lt-LT"/>
        </w:rPr>
        <w:t>18. L</w:t>
      </w:r>
      <w:r w:rsidR="006C3698" w:rsidRPr="0081177A">
        <w:rPr>
          <w:rFonts w:cs="Times New Roman"/>
          <w:sz w:val="24"/>
          <w:szCs w:val="24"/>
          <w:lang w:val="lt-LT"/>
        </w:rPr>
        <w:t>aikosi konfidencialumo ir asme</w:t>
      </w:r>
      <w:r>
        <w:rPr>
          <w:rFonts w:cs="Times New Roman"/>
          <w:sz w:val="24"/>
          <w:szCs w:val="24"/>
          <w:lang w:val="lt-LT"/>
        </w:rPr>
        <w:t>ns duomenų apsaugos reikalavimų.</w:t>
      </w:r>
    </w:p>
    <w:p w:rsidR="004E064C" w:rsidRPr="0081177A" w:rsidRDefault="0081177A" w:rsidP="0081177A">
      <w:pPr>
        <w:spacing w:after="0" w:line="240" w:lineRule="auto"/>
        <w:ind w:firstLine="709"/>
        <w:jc w:val="both"/>
        <w:rPr>
          <w:rFonts w:cs="Times New Roman"/>
          <w:sz w:val="24"/>
          <w:szCs w:val="24"/>
          <w:lang w:val="lt-LT"/>
        </w:rPr>
      </w:pPr>
      <w:r w:rsidRPr="0081177A">
        <w:rPr>
          <w:rFonts w:cs="Times New Roman"/>
          <w:sz w:val="24"/>
          <w:szCs w:val="24"/>
          <w:lang w:val="lt-LT"/>
        </w:rPr>
        <w:t>19. P</w:t>
      </w:r>
      <w:r w:rsidR="006C3698" w:rsidRPr="0081177A">
        <w:rPr>
          <w:rFonts w:cs="Times New Roman"/>
          <w:sz w:val="24"/>
          <w:szCs w:val="24"/>
          <w:lang w:val="lt-LT"/>
        </w:rPr>
        <w:t>agal poreikį bendradarbiauja organizuojant VDM veiklas, kai jos susijusios su mok</w:t>
      </w:r>
      <w:r>
        <w:rPr>
          <w:rFonts w:cs="Times New Roman"/>
          <w:sz w:val="24"/>
          <w:szCs w:val="24"/>
          <w:lang w:val="lt-LT"/>
        </w:rPr>
        <w:t>inio švietimo pagalbos poreikiu.</w:t>
      </w:r>
    </w:p>
    <w:p w:rsidR="004E064C" w:rsidRPr="0081177A" w:rsidRDefault="0081177A" w:rsidP="0081177A">
      <w:pPr>
        <w:spacing w:after="0" w:line="240" w:lineRule="auto"/>
        <w:ind w:firstLine="709"/>
        <w:jc w:val="both"/>
        <w:rPr>
          <w:rFonts w:cs="Times New Roman"/>
          <w:sz w:val="24"/>
          <w:szCs w:val="24"/>
          <w:lang w:val="lt-LT"/>
        </w:rPr>
      </w:pPr>
      <w:r w:rsidRPr="0081177A">
        <w:rPr>
          <w:rFonts w:cs="Times New Roman"/>
          <w:sz w:val="24"/>
          <w:szCs w:val="24"/>
          <w:lang w:val="lt-LT"/>
        </w:rPr>
        <w:t>20. T</w:t>
      </w:r>
      <w:r w:rsidR="006C3698" w:rsidRPr="0081177A">
        <w:rPr>
          <w:rFonts w:cs="Times New Roman"/>
          <w:sz w:val="24"/>
          <w:szCs w:val="24"/>
          <w:lang w:val="lt-LT"/>
        </w:rPr>
        <w:t>obulina profesines kompetencijas ir vykdo kitas su pareigybės funkcijomis susijusias teisėtas Mokyklos direktoriaus užduotis.</w:t>
      </w:r>
    </w:p>
    <w:p w:rsidR="0081177A" w:rsidRPr="0081177A" w:rsidRDefault="0081177A" w:rsidP="000E1096">
      <w:pPr>
        <w:spacing w:after="0" w:line="240" w:lineRule="auto"/>
        <w:ind w:firstLine="709"/>
        <w:rPr>
          <w:rFonts w:cs="Times New Roman"/>
          <w:sz w:val="24"/>
          <w:szCs w:val="24"/>
        </w:rPr>
      </w:pPr>
    </w:p>
    <w:p w:rsidR="004E064C" w:rsidRDefault="006C3698" w:rsidP="000E1096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81177A">
        <w:rPr>
          <w:rFonts w:cs="Times New Roman"/>
          <w:b/>
          <w:sz w:val="24"/>
          <w:szCs w:val="24"/>
        </w:rPr>
        <w:t>V SKYRIUS</w:t>
      </w:r>
      <w:r w:rsidRPr="0081177A">
        <w:rPr>
          <w:rFonts w:cs="Times New Roman"/>
          <w:b/>
          <w:sz w:val="24"/>
          <w:szCs w:val="24"/>
        </w:rPr>
        <w:br/>
        <w:t>TEISĖS</w:t>
      </w:r>
    </w:p>
    <w:p w:rsidR="0081177A" w:rsidRPr="0081177A" w:rsidRDefault="0081177A" w:rsidP="000E1096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:rsidR="004E064C" w:rsidRPr="0081177A" w:rsidRDefault="0081177A" w:rsidP="0081177A">
      <w:pPr>
        <w:spacing w:after="0" w:line="240" w:lineRule="auto"/>
        <w:ind w:firstLine="709"/>
        <w:jc w:val="both"/>
        <w:rPr>
          <w:rFonts w:cs="Times New Roman"/>
          <w:sz w:val="24"/>
          <w:szCs w:val="24"/>
          <w:lang w:val="lt-LT"/>
        </w:rPr>
      </w:pPr>
      <w:r w:rsidRPr="0081177A">
        <w:rPr>
          <w:rFonts w:cs="Times New Roman"/>
          <w:sz w:val="24"/>
          <w:szCs w:val="24"/>
          <w:lang w:val="lt-LT"/>
        </w:rPr>
        <w:t>21. G</w:t>
      </w:r>
      <w:r w:rsidR="006C3698" w:rsidRPr="0081177A">
        <w:rPr>
          <w:rFonts w:cs="Times New Roman"/>
          <w:sz w:val="24"/>
          <w:szCs w:val="24"/>
          <w:lang w:val="lt-LT"/>
        </w:rPr>
        <w:t>auti darbui reikalingą informaciją, priemones ir prieigą prie Mokyklos informacinių</w:t>
      </w:r>
      <w:r w:rsidRPr="0081177A">
        <w:rPr>
          <w:rFonts w:cs="Times New Roman"/>
          <w:sz w:val="24"/>
          <w:szCs w:val="24"/>
          <w:lang w:val="lt-LT"/>
        </w:rPr>
        <w:t xml:space="preserve"> sistemų pagal suteiktas teises.</w:t>
      </w:r>
    </w:p>
    <w:p w:rsidR="004E064C" w:rsidRPr="0081177A" w:rsidRDefault="0081177A" w:rsidP="0081177A">
      <w:pPr>
        <w:spacing w:after="0" w:line="240" w:lineRule="auto"/>
        <w:ind w:firstLine="709"/>
        <w:jc w:val="both"/>
        <w:rPr>
          <w:rFonts w:cs="Times New Roman"/>
          <w:sz w:val="24"/>
          <w:szCs w:val="24"/>
          <w:lang w:val="lt-LT"/>
        </w:rPr>
      </w:pPr>
      <w:r w:rsidRPr="0081177A">
        <w:rPr>
          <w:rFonts w:cs="Times New Roman"/>
          <w:sz w:val="24"/>
          <w:szCs w:val="24"/>
          <w:lang w:val="lt-LT"/>
        </w:rPr>
        <w:t>22. T</w:t>
      </w:r>
      <w:r w:rsidR="006C3698" w:rsidRPr="0081177A">
        <w:rPr>
          <w:rFonts w:cs="Times New Roman"/>
          <w:sz w:val="24"/>
          <w:szCs w:val="24"/>
          <w:lang w:val="lt-LT"/>
        </w:rPr>
        <w:t>eikti siūlymus dėl savo ve</w:t>
      </w:r>
      <w:r w:rsidRPr="0081177A">
        <w:rPr>
          <w:rFonts w:cs="Times New Roman"/>
          <w:sz w:val="24"/>
          <w:szCs w:val="24"/>
          <w:lang w:val="lt-LT"/>
        </w:rPr>
        <w:t>iklos ir VDM veiklos tobulinimo.</w:t>
      </w:r>
    </w:p>
    <w:p w:rsidR="004E064C" w:rsidRPr="0081177A" w:rsidRDefault="0081177A" w:rsidP="0081177A">
      <w:pPr>
        <w:spacing w:after="0" w:line="240" w:lineRule="auto"/>
        <w:ind w:firstLine="709"/>
        <w:jc w:val="both"/>
        <w:rPr>
          <w:rFonts w:cs="Times New Roman"/>
          <w:sz w:val="24"/>
          <w:szCs w:val="24"/>
          <w:lang w:val="lt-LT"/>
        </w:rPr>
      </w:pPr>
      <w:r w:rsidRPr="0081177A">
        <w:rPr>
          <w:rFonts w:cs="Times New Roman"/>
          <w:sz w:val="24"/>
          <w:szCs w:val="24"/>
          <w:lang w:val="lt-LT"/>
        </w:rPr>
        <w:t>23. B</w:t>
      </w:r>
      <w:r w:rsidR="006C3698" w:rsidRPr="0081177A">
        <w:rPr>
          <w:rFonts w:cs="Times New Roman"/>
          <w:sz w:val="24"/>
          <w:szCs w:val="24"/>
          <w:lang w:val="lt-LT"/>
        </w:rPr>
        <w:t xml:space="preserve">endradarbiauti su Mokyklos darbuotojais, mokiniais ir jų tėvais (globėjais, </w:t>
      </w:r>
      <w:r w:rsidRPr="0081177A">
        <w:rPr>
          <w:rFonts w:cs="Times New Roman"/>
          <w:sz w:val="24"/>
          <w:szCs w:val="24"/>
          <w:lang w:val="lt-LT"/>
        </w:rPr>
        <w:t>rūpintojais) pagal kompetenciją.</w:t>
      </w:r>
    </w:p>
    <w:p w:rsidR="004E064C" w:rsidRPr="0081177A" w:rsidRDefault="0081177A" w:rsidP="0081177A">
      <w:pPr>
        <w:spacing w:after="0" w:line="240" w:lineRule="auto"/>
        <w:ind w:firstLine="709"/>
        <w:jc w:val="both"/>
        <w:rPr>
          <w:rFonts w:cs="Times New Roman"/>
          <w:sz w:val="24"/>
          <w:szCs w:val="24"/>
          <w:lang w:val="lt-LT"/>
        </w:rPr>
      </w:pPr>
      <w:r w:rsidRPr="0081177A">
        <w:rPr>
          <w:rFonts w:cs="Times New Roman"/>
          <w:sz w:val="24"/>
          <w:szCs w:val="24"/>
          <w:lang w:val="lt-LT"/>
        </w:rPr>
        <w:t>24. G</w:t>
      </w:r>
      <w:r w:rsidR="006C3698" w:rsidRPr="0081177A">
        <w:rPr>
          <w:rFonts w:cs="Times New Roman"/>
          <w:sz w:val="24"/>
          <w:szCs w:val="24"/>
          <w:lang w:val="lt-LT"/>
        </w:rPr>
        <w:t>auti metodinę ir profesinę pagalbą bei dalyvauti kvalifikacijos tobulinimo veiklose teisės ak</w:t>
      </w:r>
      <w:r w:rsidRPr="0081177A">
        <w:rPr>
          <w:rFonts w:cs="Times New Roman"/>
          <w:sz w:val="24"/>
          <w:szCs w:val="24"/>
          <w:lang w:val="lt-LT"/>
        </w:rPr>
        <w:t>tų ir Mokyklos nustatyta tvarka.</w:t>
      </w:r>
    </w:p>
    <w:p w:rsidR="004E064C" w:rsidRPr="0081177A" w:rsidRDefault="0081177A" w:rsidP="0081177A">
      <w:pPr>
        <w:spacing w:after="0" w:line="240" w:lineRule="auto"/>
        <w:ind w:firstLine="709"/>
        <w:jc w:val="both"/>
        <w:rPr>
          <w:rFonts w:cs="Times New Roman"/>
          <w:sz w:val="24"/>
          <w:szCs w:val="24"/>
          <w:lang w:val="lt-LT"/>
        </w:rPr>
      </w:pPr>
      <w:r w:rsidRPr="0081177A">
        <w:rPr>
          <w:rFonts w:cs="Times New Roman"/>
          <w:sz w:val="24"/>
          <w:szCs w:val="24"/>
          <w:lang w:val="lt-LT"/>
        </w:rPr>
        <w:t>25. R</w:t>
      </w:r>
      <w:r w:rsidR="006C3698" w:rsidRPr="0081177A">
        <w:rPr>
          <w:rFonts w:cs="Times New Roman"/>
          <w:sz w:val="24"/>
          <w:szCs w:val="24"/>
          <w:lang w:val="lt-LT"/>
        </w:rPr>
        <w:t>eikalauti, kad būtų sudarytos sa</w:t>
      </w:r>
      <w:r w:rsidRPr="0081177A">
        <w:rPr>
          <w:rFonts w:cs="Times New Roman"/>
          <w:sz w:val="24"/>
          <w:szCs w:val="24"/>
          <w:lang w:val="lt-LT"/>
        </w:rPr>
        <w:t>ugios ir tinkamos darbo sąlygos.</w:t>
      </w:r>
    </w:p>
    <w:p w:rsidR="004E064C" w:rsidRPr="0081177A" w:rsidRDefault="0081177A" w:rsidP="0081177A">
      <w:pPr>
        <w:spacing w:after="0" w:line="240" w:lineRule="auto"/>
        <w:ind w:firstLine="709"/>
        <w:jc w:val="both"/>
        <w:rPr>
          <w:rFonts w:cs="Times New Roman"/>
          <w:sz w:val="24"/>
          <w:szCs w:val="24"/>
          <w:lang w:val="lt-LT"/>
        </w:rPr>
      </w:pPr>
      <w:r w:rsidRPr="0081177A">
        <w:rPr>
          <w:rFonts w:cs="Times New Roman"/>
          <w:sz w:val="24"/>
          <w:szCs w:val="24"/>
          <w:lang w:val="lt-LT"/>
        </w:rPr>
        <w:t>26. A</w:t>
      </w:r>
      <w:r w:rsidR="006C3698" w:rsidRPr="0081177A">
        <w:rPr>
          <w:rFonts w:cs="Times New Roman"/>
          <w:sz w:val="24"/>
          <w:szCs w:val="24"/>
          <w:lang w:val="lt-LT"/>
        </w:rPr>
        <w:t>tsisakyti vykdyti užduotį, jeigu ji prieštarauja teisės aktams ar kelia realų pavojų mokinių arba darbuotojų saugumui, apie tai informuojant tiesioginį vadovą.</w:t>
      </w:r>
    </w:p>
    <w:p w:rsidR="0081177A" w:rsidRPr="0081177A" w:rsidRDefault="0081177A" w:rsidP="000E1096">
      <w:pPr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</w:p>
    <w:p w:rsidR="004E064C" w:rsidRDefault="006C3698" w:rsidP="000E1096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81177A">
        <w:rPr>
          <w:rFonts w:cs="Times New Roman"/>
          <w:b/>
          <w:sz w:val="24"/>
          <w:szCs w:val="24"/>
        </w:rPr>
        <w:t>VI SKYRIUS</w:t>
      </w:r>
      <w:r w:rsidRPr="0081177A">
        <w:rPr>
          <w:rFonts w:cs="Times New Roman"/>
          <w:b/>
          <w:sz w:val="24"/>
          <w:szCs w:val="24"/>
        </w:rPr>
        <w:br/>
        <w:t>ATSAKOMYBĖ</w:t>
      </w:r>
    </w:p>
    <w:p w:rsidR="0081177A" w:rsidRDefault="0081177A" w:rsidP="000E1096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:rsidR="00D036F3" w:rsidRPr="00D036F3" w:rsidRDefault="00D036F3" w:rsidP="00D036F3">
      <w:pPr>
        <w:spacing w:after="0" w:line="240" w:lineRule="auto"/>
        <w:ind w:firstLine="567"/>
        <w:jc w:val="both"/>
        <w:rPr>
          <w:rFonts w:cs="Times New Roman"/>
          <w:sz w:val="24"/>
          <w:szCs w:val="24"/>
          <w:lang w:val="lt-LT"/>
        </w:rPr>
      </w:pPr>
      <w:r w:rsidRPr="00D036F3">
        <w:rPr>
          <w:rFonts w:cs="Times New Roman"/>
          <w:sz w:val="24"/>
          <w:szCs w:val="24"/>
          <w:lang w:val="lt-LT"/>
        </w:rPr>
        <w:t>27. Logopedas atsakingas už:</w:t>
      </w:r>
    </w:p>
    <w:p w:rsidR="004E064C" w:rsidRPr="00D036F3" w:rsidRDefault="00D036F3" w:rsidP="00D036F3">
      <w:pPr>
        <w:spacing w:after="0" w:line="240" w:lineRule="auto"/>
        <w:ind w:firstLine="709"/>
        <w:jc w:val="both"/>
        <w:rPr>
          <w:rFonts w:cs="Times New Roman"/>
          <w:sz w:val="24"/>
          <w:szCs w:val="24"/>
          <w:lang w:val="lt-LT"/>
        </w:rPr>
      </w:pPr>
      <w:r w:rsidRPr="00D036F3">
        <w:rPr>
          <w:rFonts w:cs="Times New Roman"/>
          <w:sz w:val="24"/>
          <w:szCs w:val="24"/>
          <w:lang w:val="lt-LT"/>
        </w:rPr>
        <w:t xml:space="preserve">27.1. </w:t>
      </w:r>
      <w:r w:rsidR="006C3698" w:rsidRPr="00D036F3">
        <w:rPr>
          <w:rFonts w:cs="Times New Roman"/>
          <w:sz w:val="24"/>
          <w:szCs w:val="24"/>
          <w:lang w:val="lt-LT"/>
        </w:rPr>
        <w:t>tinkamą ir laiku atliekamą šiame pareigybės aprašyme nustatytų funkcijų vykdymą;</w:t>
      </w:r>
    </w:p>
    <w:p w:rsidR="004E064C" w:rsidRPr="00D036F3" w:rsidRDefault="00D036F3" w:rsidP="00D036F3">
      <w:pPr>
        <w:spacing w:after="0" w:line="240" w:lineRule="auto"/>
        <w:ind w:firstLine="709"/>
        <w:jc w:val="both"/>
        <w:rPr>
          <w:rFonts w:cs="Times New Roman"/>
          <w:sz w:val="24"/>
          <w:szCs w:val="24"/>
          <w:lang w:val="lt-LT"/>
        </w:rPr>
      </w:pPr>
      <w:r w:rsidRPr="00D036F3">
        <w:rPr>
          <w:rFonts w:cs="Times New Roman"/>
          <w:sz w:val="24"/>
          <w:szCs w:val="24"/>
          <w:lang w:val="lt-LT"/>
        </w:rPr>
        <w:t xml:space="preserve">27.2. </w:t>
      </w:r>
      <w:r w:rsidR="006C3698" w:rsidRPr="00D036F3">
        <w:rPr>
          <w:rFonts w:cs="Times New Roman"/>
          <w:sz w:val="24"/>
          <w:szCs w:val="24"/>
          <w:lang w:val="lt-LT"/>
        </w:rPr>
        <w:t>mokinių saugumo ir priežiūros reikalavimų laikymąsi pagal savo kompetenciją;</w:t>
      </w:r>
    </w:p>
    <w:p w:rsidR="004E064C" w:rsidRPr="00D036F3" w:rsidRDefault="00D036F3" w:rsidP="00D036F3">
      <w:pPr>
        <w:spacing w:after="0" w:line="240" w:lineRule="auto"/>
        <w:ind w:firstLine="709"/>
        <w:jc w:val="both"/>
        <w:rPr>
          <w:rFonts w:cs="Times New Roman"/>
          <w:sz w:val="24"/>
          <w:szCs w:val="24"/>
          <w:lang w:val="lt-LT"/>
        </w:rPr>
      </w:pPr>
      <w:r w:rsidRPr="00D036F3">
        <w:rPr>
          <w:rFonts w:cs="Times New Roman"/>
          <w:sz w:val="24"/>
          <w:szCs w:val="24"/>
          <w:lang w:val="lt-LT"/>
        </w:rPr>
        <w:t xml:space="preserve">27.3. </w:t>
      </w:r>
      <w:r w:rsidR="006C3698" w:rsidRPr="00D036F3">
        <w:rPr>
          <w:rFonts w:cs="Times New Roman"/>
          <w:sz w:val="24"/>
          <w:szCs w:val="24"/>
          <w:lang w:val="lt-LT"/>
        </w:rPr>
        <w:t>konfidencialios informacijos ir asmens duomenų apsaugą;</w:t>
      </w:r>
    </w:p>
    <w:p w:rsidR="004E064C" w:rsidRPr="00D036F3" w:rsidRDefault="00D036F3" w:rsidP="00D036F3">
      <w:pPr>
        <w:spacing w:after="0" w:line="240" w:lineRule="auto"/>
        <w:ind w:firstLine="709"/>
        <w:jc w:val="both"/>
        <w:rPr>
          <w:rFonts w:cs="Times New Roman"/>
          <w:sz w:val="24"/>
          <w:szCs w:val="24"/>
          <w:lang w:val="lt-LT"/>
        </w:rPr>
      </w:pPr>
      <w:r w:rsidRPr="00D036F3">
        <w:rPr>
          <w:rFonts w:cs="Times New Roman"/>
          <w:sz w:val="24"/>
          <w:szCs w:val="24"/>
          <w:lang w:val="lt-LT"/>
        </w:rPr>
        <w:t xml:space="preserve">27.4. </w:t>
      </w:r>
      <w:r w:rsidR="006C3698" w:rsidRPr="00D036F3">
        <w:rPr>
          <w:rFonts w:cs="Times New Roman"/>
          <w:sz w:val="24"/>
          <w:szCs w:val="24"/>
          <w:lang w:val="lt-LT"/>
        </w:rPr>
        <w:t>darbuotojų saugos ir sveikatos, priešgaisrinės saugos ir kitų privalomų reikalavimų laikymąsi;</w:t>
      </w:r>
    </w:p>
    <w:p w:rsidR="004E064C" w:rsidRPr="00D036F3" w:rsidRDefault="00D036F3" w:rsidP="00D036F3">
      <w:pPr>
        <w:spacing w:after="0" w:line="240" w:lineRule="auto"/>
        <w:ind w:firstLine="709"/>
        <w:jc w:val="both"/>
        <w:rPr>
          <w:rFonts w:cs="Times New Roman"/>
          <w:sz w:val="24"/>
          <w:szCs w:val="24"/>
          <w:lang w:val="lt-LT"/>
        </w:rPr>
      </w:pPr>
      <w:r w:rsidRPr="00D036F3">
        <w:rPr>
          <w:rFonts w:cs="Times New Roman"/>
          <w:sz w:val="24"/>
          <w:szCs w:val="24"/>
          <w:lang w:val="lt-LT"/>
        </w:rPr>
        <w:t xml:space="preserve">27.5. </w:t>
      </w:r>
      <w:r w:rsidR="006C3698" w:rsidRPr="00D036F3">
        <w:rPr>
          <w:rFonts w:cs="Times New Roman"/>
          <w:sz w:val="24"/>
          <w:szCs w:val="24"/>
          <w:lang w:val="lt-LT"/>
        </w:rPr>
        <w:t xml:space="preserve"> už žalą, padarytą dėl savo kaltės, Lietuvos Respublikos teisės aktų nustatyta tvarka.</w:t>
      </w:r>
    </w:p>
    <w:p w:rsidR="0081177A" w:rsidRPr="0081177A" w:rsidRDefault="0081177A" w:rsidP="000E1096">
      <w:pPr>
        <w:spacing w:after="0" w:line="240" w:lineRule="auto"/>
        <w:ind w:firstLine="709"/>
        <w:rPr>
          <w:rFonts w:cs="Times New Roman"/>
          <w:sz w:val="24"/>
          <w:szCs w:val="24"/>
        </w:rPr>
      </w:pPr>
    </w:p>
    <w:p w:rsidR="004E064C" w:rsidRDefault="006C3698" w:rsidP="000E1096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81177A">
        <w:rPr>
          <w:rFonts w:cs="Times New Roman"/>
          <w:b/>
          <w:sz w:val="24"/>
          <w:szCs w:val="24"/>
        </w:rPr>
        <w:t>VII SKYRIUS</w:t>
      </w:r>
      <w:r w:rsidRPr="0081177A">
        <w:rPr>
          <w:rFonts w:cs="Times New Roman"/>
          <w:b/>
          <w:sz w:val="24"/>
          <w:szCs w:val="24"/>
        </w:rPr>
        <w:br/>
        <w:t>BAIGIAMOSIOS NUOSTATOS</w:t>
      </w:r>
    </w:p>
    <w:p w:rsidR="0081177A" w:rsidRPr="0081177A" w:rsidRDefault="0081177A" w:rsidP="000E1096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:rsidR="004E064C" w:rsidRPr="00D036F3" w:rsidRDefault="000E1096" w:rsidP="00D036F3">
      <w:pPr>
        <w:spacing w:after="0" w:line="240" w:lineRule="auto"/>
        <w:ind w:firstLine="567"/>
        <w:jc w:val="both"/>
        <w:rPr>
          <w:rFonts w:cs="Times New Roman"/>
          <w:sz w:val="24"/>
          <w:szCs w:val="24"/>
          <w:lang w:val="lt-LT"/>
        </w:rPr>
      </w:pPr>
      <w:r>
        <w:rPr>
          <w:rFonts w:cs="Times New Roman"/>
          <w:sz w:val="24"/>
          <w:szCs w:val="24"/>
          <w:lang w:val="lt-LT"/>
        </w:rPr>
        <w:t>28</w:t>
      </w:r>
      <w:r w:rsidR="00D036F3" w:rsidRPr="00D036F3">
        <w:rPr>
          <w:rFonts w:cs="Times New Roman"/>
          <w:sz w:val="24"/>
          <w:szCs w:val="24"/>
          <w:lang w:val="lt-LT"/>
        </w:rPr>
        <w:t xml:space="preserve">. </w:t>
      </w:r>
      <w:r w:rsidR="006C3698" w:rsidRPr="00D036F3">
        <w:rPr>
          <w:rFonts w:cs="Times New Roman"/>
          <w:sz w:val="24"/>
          <w:szCs w:val="24"/>
          <w:lang w:val="lt-LT"/>
        </w:rPr>
        <w:t>Pareigybės aprašymas peržiūrimas ir keičiamas pasikeitus teisės aktams, Mokyklos veiklos organizavimui arba pareigybės funkcijoms.</w:t>
      </w:r>
    </w:p>
    <w:p w:rsidR="004E064C" w:rsidRPr="00D036F3" w:rsidRDefault="000E1096" w:rsidP="00D036F3">
      <w:pPr>
        <w:spacing w:after="0" w:line="240" w:lineRule="auto"/>
        <w:ind w:firstLine="567"/>
        <w:jc w:val="both"/>
        <w:rPr>
          <w:rFonts w:cs="Times New Roman"/>
          <w:sz w:val="24"/>
          <w:szCs w:val="24"/>
          <w:lang w:val="lt-LT"/>
        </w:rPr>
      </w:pPr>
      <w:r>
        <w:rPr>
          <w:rFonts w:cs="Times New Roman"/>
          <w:sz w:val="24"/>
          <w:szCs w:val="24"/>
          <w:lang w:val="lt-LT"/>
        </w:rPr>
        <w:t>29</w:t>
      </w:r>
      <w:r w:rsidR="00D036F3" w:rsidRPr="00D036F3">
        <w:rPr>
          <w:rFonts w:cs="Times New Roman"/>
          <w:sz w:val="24"/>
          <w:szCs w:val="24"/>
          <w:lang w:val="lt-LT"/>
        </w:rPr>
        <w:t xml:space="preserve">. </w:t>
      </w:r>
      <w:r w:rsidR="006C3698" w:rsidRPr="00D036F3">
        <w:rPr>
          <w:rFonts w:cs="Times New Roman"/>
          <w:sz w:val="24"/>
          <w:szCs w:val="24"/>
          <w:lang w:val="lt-LT"/>
        </w:rPr>
        <w:t>Darbuotojas su šiuo pareigybės aprašymu supažindinamas pasirašytinai arba Mokyklos naudojamomis elektroninėmis priemonėmis.</w:t>
      </w:r>
    </w:p>
    <w:p w:rsidR="004E064C" w:rsidRPr="0081177A" w:rsidRDefault="004E064C">
      <w:pPr>
        <w:rPr>
          <w:rFonts w:cs="Times New Roman"/>
          <w:sz w:val="24"/>
          <w:szCs w:val="24"/>
        </w:rPr>
      </w:pPr>
    </w:p>
    <w:p w:rsidR="004E064C" w:rsidRPr="0081177A" w:rsidRDefault="006C3698">
      <w:pPr>
        <w:rPr>
          <w:rFonts w:cs="Times New Roman"/>
          <w:sz w:val="24"/>
          <w:szCs w:val="24"/>
        </w:rPr>
      </w:pPr>
      <w:r w:rsidRPr="0081177A">
        <w:rPr>
          <w:rFonts w:cs="Times New Roman"/>
          <w:sz w:val="24"/>
          <w:szCs w:val="24"/>
        </w:rPr>
        <w:t>Su pareigybės aprašymu susipažinau:</w:t>
      </w:r>
    </w:p>
    <w:p w:rsidR="0081177A" w:rsidRDefault="006C3698" w:rsidP="000E1096">
      <w:pPr>
        <w:spacing w:after="0" w:line="240" w:lineRule="auto"/>
        <w:rPr>
          <w:rFonts w:cs="Times New Roman"/>
          <w:sz w:val="24"/>
          <w:szCs w:val="24"/>
        </w:rPr>
      </w:pPr>
      <w:r w:rsidRPr="0081177A">
        <w:rPr>
          <w:rFonts w:cs="Times New Roman"/>
          <w:sz w:val="24"/>
          <w:szCs w:val="24"/>
        </w:rPr>
        <w:t xml:space="preserve">______________________________      </w:t>
      </w:r>
      <w:r w:rsidR="000E1096">
        <w:rPr>
          <w:rFonts w:cs="Times New Roman"/>
          <w:sz w:val="24"/>
          <w:szCs w:val="24"/>
        </w:rPr>
        <w:t xml:space="preserve">  _____________________       ___________________</w:t>
      </w:r>
    </w:p>
    <w:p w:rsidR="00FD44AD" w:rsidRPr="0014260C" w:rsidRDefault="00FD44AD" w:rsidP="00FD44AD">
      <w:pPr>
        <w:spacing w:after="0" w:line="240" w:lineRule="auto"/>
        <w:rPr>
          <w:rFonts w:cs="Times New Roman"/>
          <w:sz w:val="24"/>
          <w:lang w:val="lt-LT"/>
        </w:rPr>
      </w:pPr>
      <w:r w:rsidRPr="0014260C">
        <w:rPr>
          <w:rFonts w:cs="Times New Roman"/>
          <w:sz w:val="24"/>
          <w:lang w:val="lt-LT"/>
        </w:rPr>
        <w:t xml:space="preserve">           ( Vardas, pavardė)                                           (parašas)                        </w:t>
      </w:r>
      <w:r>
        <w:rPr>
          <w:rFonts w:cs="Times New Roman"/>
          <w:sz w:val="24"/>
          <w:lang w:val="lt-LT"/>
        </w:rPr>
        <w:t xml:space="preserve">          </w:t>
      </w:r>
      <w:r w:rsidRPr="0014260C">
        <w:rPr>
          <w:rFonts w:cs="Times New Roman"/>
          <w:sz w:val="24"/>
          <w:lang w:val="lt-LT"/>
        </w:rPr>
        <w:t xml:space="preserve">  (data)</w:t>
      </w:r>
    </w:p>
    <w:p w:rsidR="00FD44AD" w:rsidRDefault="00FD44AD" w:rsidP="000E1096">
      <w:pPr>
        <w:spacing w:after="0" w:line="240" w:lineRule="auto"/>
        <w:rPr>
          <w:rFonts w:cs="Times New Roman"/>
          <w:sz w:val="24"/>
          <w:szCs w:val="24"/>
        </w:rPr>
      </w:pPr>
    </w:p>
    <w:sectPr w:rsidR="00FD44AD" w:rsidSect="00D772D1">
      <w:pgSz w:w="12240" w:h="15840"/>
      <w:pgMar w:top="567" w:right="56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raassunumeriai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raassunumeriai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raassuenkleliai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raassuenkleliai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raassunumeriai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C5E282F"/>
    <w:multiLevelType w:val="hybridMultilevel"/>
    <w:tmpl w:val="9D3EDE0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305D32"/>
    <w:multiLevelType w:val="hybridMultilevel"/>
    <w:tmpl w:val="213C79E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525934"/>
    <w:multiLevelType w:val="hybridMultilevel"/>
    <w:tmpl w:val="B4C0AE6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396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E1096"/>
    <w:rsid w:val="0015074B"/>
    <w:rsid w:val="0029639D"/>
    <w:rsid w:val="00326F90"/>
    <w:rsid w:val="004E064C"/>
    <w:rsid w:val="006C3698"/>
    <w:rsid w:val="00742D28"/>
    <w:rsid w:val="007F48D0"/>
    <w:rsid w:val="0081177A"/>
    <w:rsid w:val="008C741C"/>
    <w:rsid w:val="00924DD1"/>
    <w:rsid w:val="00A04DC9"/>
    <w:rsid w:val="00AA1D8D"/>
    <w:rsid w:val="00B47730"/>
    <w:rsid w:val="00CB0664"/>
    <w:rsid w:val="00D036F3"/>
    <w:rsid w:val="00D772D1"/>
    <w:rsid w:val="00FC693F"/>
    <w:rsid w:val="00FD4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24CBDF"/>
  <w14:defaultImageDpi w14:val="300"/>
  <w15:docId w15:val="{E23DE2D3-0C62-44DC-AC4D-E88448B78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FC693F"/>
    <w:pPr>
      <w:spacing w:after="120"/>
    </w:pPr>
    <w:rPr>
      <w:rFonts w:ascii="Times New Roman" w:hAnsi="Times New Roman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618BF"/>
  </w:style>
  <w:style w:type="paragraph" w:styleId="Porat">
    <w:name w:val="footer"/>
    <w:basedOn w:val="prastasis"/>
    <w:link w:val="Porat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618BF"/>
  </w:style>
  <w:style w:type="paragraph" w:styleId="Betarp">
    <w:name w:val="No Spacing"/>
    <w:uiPriority w:val="1"/>
    <w:qFormat/>
    <w:rsid w:val="00FC693F"/>
    <w:pPr>
      <w:spacing w:after="0" w:line="240" w:lineRule="auto"/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FC693F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uiPriority w:val="99"/>
    <w:unhideWhenUsed/>
    <w:rsid w:val="00AA1D8D"/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AA1D8D"/>
  </w:style>
  <w:style w:type="paragraph" w:styleId="Pagrindinistekstas2">
    <w:name w:val="Body Text 2"/>
    <w:basedOn w:val="prastasis"/>
    <w:link w:val="Pagrindinistekstas2Diagrama"/>
    <w:uiPriority w:val="99"/>
    <w:unhideWhenUsed/>
    <w:rsid w:val="00AA1D8D"/>
    <w:pPr>
      <w:spacing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rsid w:val="00AA1D8D"/>
  </w:style>
  <w:style w:type="paragraph" w:styleId="Pagrindinistekstas3">
    <w:name w:val="Body Text 3"/>
    <w:basedOn w:val="prastasis"/>
    <w:link w:val="Pagrindinistekstas3Diagrama"/>
    <w:uiPriority w:val="99"/>
    <w:unhideWhenUsed/>
    <w:rsid w:val="00AA1D8D"/>
    <w:rPr>
      <w:sz w:val="16"/>
      <w:szCs w:val="16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rsid w:val="00AA1D8D"/>
    <w:rPr>
      <w:sz w:val="16"/>
      <w:szCs w:val="16"/>
    </w:rPr>
  </w:style>
  <w:style w:type="paragraph" w:styleId="Sraas">
    <w:name w:val="List"/>
    <w:basedOn w:val="prastasis"/>
    <w:uiPriority w:val="99"/>
    <w:unhideWhenUsed/>
    <w:rsid w:val="00AA1D8D"/>
    <w:pPr>
      <w:ind w:left="360" w:hanging="360"/>
      <w:contextualSpacing/>
    </w:pPr>
  </w:style>
  <w:style w:type="paragraph" w:styleId="Sraas2">
    <w:name w:val="List 2"/>
    <w:basedOn w:val="prastasis"/>
    <w:uiPriority w:val="99"/>
    <w:unhideWhenUsed/>
    <w:rsid w:val="00326F90"/>
    <w:pPr>
      <w:ind w:left="720" w:hanging="360"/>
      <w:contextualSpacing/>
    </w:pPr>
  </w:style>
  <w:style w:type="paragraph" w:styleId="Sraas3">
    <w:name w:val="List 3"/>
    <w:basedOn w:val="prastasis"/>
    <w:uiPriority w:val="99"/>
    <w:unhideWhenUsed/>
    <w:rsid w:val="00326F90"/>
    <w:pPr>
      <w:ind w:left="1080" w:hanging="360"/>
      <w:contextualSpacing/>
    </w:pPr>
  </w:style>
  <w:style w:type="paragraph" w:styleId="Sraassuenkleliais">
    <w:name w:val="List Bullet"/>
    <w:basedOn w:val="prastasis"/>
    <w:uiPriority w:val="99"/>
    <w:unhideWhenUsed/>
    <w:rsid w:val="00326F90"/>
    <w:pPr>
      <w:numPr>
        <w:numId w:val="1"/>
      </w:numPr>
      <w:contextualSpacing/>
    </w:pPr>
  </w:style>
  <w:style w:type="paragraph" w:styleId="Sraassuenkleliais2">
    <w:name w:val="List Bullet 2"/>
    <w:basedOn w:val="prastasis"/>
    <w:uiPriority w:val="99"/>
    <w:unhideWhenUsed/>
    <w:rsid w:val="00326F90"/>
    <w:pPr>
      <w:numPr>
        <w:numId w:val="2"/>
      </w:numPr>
      <w:contextualSpacing/>
    </w:pPr>
  </w:style>
  <w:style w:type="paragraph" w:styleId="Sraassuenkleliais3">
    <w:name w:val="List Bullet 3"/>
    <w:basedOn w:val="prastasis"/>
    <w:uiPriority w:val="99"/>
    <w:unhideWhenUsed/>
    <w:rsid w:val="00326F90"/>
    <w:pPr>
      <w:numPr>
        <w:numId w:val="3"/>
      </w:numPr>
      <w:contextualSpacing/>
    </w:pPr>
  </w:style>
  <w:style w:type="paragraph" w:styleId="Sraassunumeriais">
    <w:name w:val="List Number"/>
    <w:basedOn w:val="prastasis"/>
    <w:uiPriority w:val="99"/>
    <w:unhideWhenUsed/>
    <w:rsid w:val="00326F90"/>
    <w:pPr>
      <w:numPr>
        <w:numId w:val="5"/>
      </w:numPr>
      <w:contextualSpacing/>
    </w:pPr>
  </w:style>
  <w:style w:type="paragraph" w:styleId="Sraassunumeriais2">
    <w:name w:val="List Number 2"/>
    <w:basedOn w:val="prastasis"/>
    <w:uiPriority w:val="99"/>
    <w:unhideWhenUsed/>
    <w:rsid w:val="0029639D"/>
    <w:pPr>
      <w:numPr>
        <w:numId w:val="6"/>
      </w:numPr>
      <w:contextualSpacing/>
    </w:pPr>
  </w:style>
  <w:style w:type="paragraph" w:styleId="Sraassunumeriais3">
    <w:name w:val="List Number 3"/>
    <w:basedOn w:val="prastasis"/>
    <w:uiPriority w:val="99"/>
    <w:unhideWhenUsed/>
    <w:rsid w:val="0029639D"/>
    <w:pPr>
      <w:numPr>
        <w:numId w:val="7"/>
      </w:numPr>
      <w:contextualSpacing/>
    </w:pPr>
  </w:style>
  <w:style w:type="paragraph" w:styleId="Sraotsinys">
    <w:name w:val="List Continue"/>
    <w:basedOn w:val="prastasis"/>
    <w:uiPriority w:val="99"/>
    <w:unhideWhenUsed/>
    <w:rsid w:val="0029639D"/>
    <w:pPr>
      <w:ind w:left="360"/>
      <w:contextualSpacing/>
    </w:pPr>
  </w:style>
  <w:style w:type="paragraph" w:styleId="Sraotsinys2">
    <w:name w:val="List Continue 2"/>
    <w:basedOn w:val="prastasis"/>
    <w:uiPriority w:val="99"/>
    <w:unhideWhenUsed/>
    <w:rsid w:val="0029639D"/>
    <w:pPr>
      <w:ind w:left="720"/>
      <w:contextualSpacing/>
    </w:pPr>
  </w:style>
  <w:style w:type="paragraph" w:styleId="Sraotsinys3">
    <w:name w:val="List Continue 3"/>
    <w:basedOn w:val="prastasis"/>
    <w:uiPriority w:val="99"/>
    <w:unhideWhenUsed/>
    <w:rsid w:val="0029639D"/>
    <w:pPr>
      <w:ind w:left="1080"/>
      <w:contextualSpacing/>
    </w:pPr>
  </w:style>
  <w:style w:type="paragraph" w:styleId="Makrokomandostekstas">
    <w:name w:val="macro"/>
    <w:link w:val="MakrokomandostekstasDiagrama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komandostekstasDiagrama">
    <w:name w:val="Makrokomandos tekstas Diagrama"/>
    <w:basedOn w:val="Numatytasispastraiposriftas"/>
    <w:link w:val="Makrokomandostekstas"/>
    <w:uiPriority w:val="99"/>
    <w:rsid w:val="0029639D"/>
    <w:rPr>
      <w:rFonts w:ascii="Courier" w:hAnsi="Courier"/>
      <w:sz w:val="20"/>
      <w:szCs w:val="20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C693F"/>
    <w:rPr>
      <w:i/>
      <w:iCs/>
      <w:color w:val="000000" w:themeColor="text1"/>
    </w:rPr>
  </w:style>
  <w:style w:type="character" w:customStyle="1" w:styleId="CitataDiagrama">
    <w:name w:val="Citata Diagrama"/>
    <w:basedOn w:val="Numatytasispastraiposriftas"/>
    <w:link w:val="Citata"/>
    <w:uiPriority w:val="29"/>
    <w:rsid w:val="00FC693F"/>
    <w:rPr>
      <w:i/>
      <w:iCs/>
      <w:color w:val="000000" w:themeColor="text1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rietas">
    <w:name w:val="Strong"/>
    <w:basedOn w:val="Numatytasispastraiposriftas"/>
    <w:uiPriority w:val="22"/>
    <w:qFormat/>
    <w:rsid w:val="00FC693F"/>
    <w:rPr>
      <w:b/>
      <w:bCs/>
    </w:rPr>
  </w:style>
  <w:style w:type="character" w:styleId="Emfaz">
    <w:name w:val="Emphasis"/>
    <w:basedOn w:val="Numatytasispastraiposriftas"/>
    <w:uiPriority w:val="20"/>
    <w:qFormat/>
    <w:rsid w:val="00FC693F"/>
    <w:rPr>
      <w:i/>
      <w:iCs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C693F"/>
    <w:rPr>
      <w:b/>
      <w:bCs/>
      <w:i/>
      <w:iCs/>
      <w:color w:val="4F81BD" w:themeColor="accent1"/>
    </w:rPr>
  </w:style>
  <w:style w:type="character" w:styleId="Nerykuspabraukimas">
    <w:name w:val="Subtle Emphasis"/>
    <w:basedOn w:val="Numatytasispastraiposriftas"/>
    <w:uiPriority w:val="19"/>
    <w:qFormat/>
    <w:rsid w:val="00FC693F"/>
    <w:rPr>
      <w:i/>
      <w:iCs/>
      <w:color w:val="808080" w:themeColor="text1" w:themeTint="7F"/>
    </w:rPr>
  </w:style>
  <w:style w:type="character" w:styleId="Rykuspabraukimas">
    <w:name w:val="Intense Emphasis"/>
    <w:basedOn w:val="Numatytasispastraiposriftas"/>
    <w:uiPriority w:val="21"/>
    <w:qFormat/>
    <w:rsid w:val="00FC693F"/>
    <w:rPr>
      <w:b/>
      <w:bCs/>
      <w:i/>
      <w:iCs/>
      <w:color w:val="4F81BD" w:themeColor="accent1"/>
    </w:rPr>
  </w:style>
  <w:style w:type="character" w:styleId="Nerykinuoroda">
    <w:name w:val="Subtle Reference"/>
    <w:basedOn w:val="Numatytasispastraiposriftas"/>
    <w:uiPriority w:val="31"/>
    <w:qFormat/>
    <w:rsid w:val="00FC693F"/>
    <w:rPr>
      <w:smallCaps/>
      <w:color w:val="C0504D" w:themeColor="accent2"/>
      <w:u w:val="single"/>
    </w:rPr>
  </w:style>
  <w:style w:type="character" w:styleId="Rykinuoroda">
    <w:name w:val="Intense Reference"/>
    <w:basedOn w:val="Numatytasispastraiposriftas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gospavadinimas">
    <w:name w:val="Book Title"/>
    <w:basedOn w:val="Numatytasispastraiposriftas"/>
    <w:uiPriority w:val="33"/>
    <w:qFormat/>
    <w:rsid w:val="00FC693F"/>
    <w:rPr>
      <w:b/>
      <w:bCs/>
      <w:smallCaps/>
      <w:spacing w:val="5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FC693F"/>
    <w:pPr>
      <w:outlineLvl w:val="9"/>
    </w:pPr>
  </w:style>
  <w:style w:type="table" w:styleId="Lentelstinklelis">
    <w:name w:val="Table Grid"/>
    <w:basedOn w:val="prastojilent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esusisspalvinimas">
    <w:name w:val="Light Shading"/>
    <w:basedOn w:val="prastojilent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esusspalvinimas1parykinimas">
    <w:name w:val="Light Shading Accent 1"/>
    <w:basedOn w:val="prastojilent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esusspalvinimas2parykinimas">
    <w:name w:val="Light Shading Accent 2"/>
    <w:basedOn w:val="prastojilent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esusspalvinimas3parykinimas">
    <w:name w:val="Light Shading Accent 3"/>
    <w:basedOn w:val="prastojilent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esusspalvinimas4parykinimas">
    <w:name w:val="Light Shading Accent 4"/>
    <w:basedOn w:val="prastojilent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esusspalvinimas5parykinimas">
    <w:name w:val="Light Shading Accent 5"/>
    <w:basedOn w:val="prastojilent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esusspalvinimas6parykinimas">
    <w:name w:val="Light Shading Accent 6"/>
    <w:basedOn w:val="prastojilent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esussraas">
    <w:name w:val="Light List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esussraas1parykinimas">
    <w:name w:val="Light List Accent 1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esussraas2parykinimas">
    <w:name w:val="Light List Accent 2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esussraas3parykinimas">
    <w:name w:val="Light List Accent 3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esussraas4parykinimas">
    <w:name w:val="Light List Accent 4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esussraas5parykinimas">
    <w:name w:val="Light List Accent 5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esussraas6parykinimas">
    <w:name w:val="Light List Accent 6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esustinklelis">
    <w:name w:val="Light Grid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esustinklelis1parykinimas">
    <w:name w:val="Light Grid Accent 1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esustinklelis2parykinimas">
    <w:name w:val="Light Grid Accent 2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esustinklelis3parykinimas">
    <w:name w:val="Light Grid Accent 3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esustinklelis4parykinimas">
    <w:name w:val="Light Grid Accent 4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esustinklelis5parykinimas">
    <w:name w:val="Light Grid Accent 5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esustinklelis6parykinimas">
    <w:name w:val="Light Grid Accent 6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vidutinisspalvinimas">
    <w:name w:val="Medium Shading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1parykinimas">
    <w:name w:val="Medium Shading 1 Accent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2parykinimas">
    <w:name w:val="Medium Shading 1 Accent 2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3parykinimas">
    <w:name w:val="Medium Shading 1 Accent 3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4parykinimas">
    <w:name w:val="Medium Shading 1 Accent 4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5parykinimas">
    <w:name w:val="Medium Shading 1 Accent 5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6parykinimas">
    <w:name w:val="Medium Shading 1 Accent 6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vidutinisspalvinimas">
    <w:name w:val="Medium Shading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1parykinimas">
    <w:name w:val="Medium Shading 2 Accent 1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2parykinimas">
    <w:name w:val="Medium Shading 2 Accent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3parykinimas">
    <w:name w:val="Medium Shading 2 Accent 3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4parykinimas">
    <w:name w:val="Medium Shading 2 Accent 4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5parykinimas">
    <w:name w:val="Medium Shading 2 Accent 5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6parykinimas">
    <w:name w:val="Medium Shading 2 Accent 6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vidutinissraas">
    <w:name w:val="Medium Lis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vidutinissraas1parykinimas">
    <w:name w:val="Medium List 1 Accen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vidutinissraas2parykinimas">
    <w:name w:val="Medium List 1 Accent 2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vidutinissraas3parykinimas">
    <w:name w:val="Medium List 1 Accent 3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vidutinissraas4parykinimas">
    <w:name w:val="Medium List 1 Accent 4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vidutinissraas5parykinimas">
    <w:name w:val="Medium List 1 Accent 5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vidutinissraas6parykinimas">
    <w:name w:val="Medium List 1 Accent 6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vidutinissraas">
    <w:name w:val="Medium Lis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1parykinimas">
    <w:name w:val="Medium List 2 Accent 1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2parykinimas">
    <w:name w:val="Medium List 2 Accen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3parykinimas">
    <w:name w:val="Medium List 2 Accent 3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4parykinimas">
    <w:name w:val="Medium List 2 Accent 4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5parykinimas">
    <w:name w:val="Medium List 2 Accent 5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6parykinimas">
    <w:name w:val="Medium List 2 Accent 6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vidutinistinklelis">
    <w:name w:val="Medium Grid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vidutinistinklelis1parykinimas">
    <w:name w:val="Medium Grid 1 Accent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vidutinistinklelis2parykinimas">
    <w:name w:val="Medium Grid 1 Accent 2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vidutinistinklelis3parykinimas">
    <w:name w:val="Medium Grid 1 Accent 3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vidutinistinklelis4parykinimas">
    <w:name w:val="Medium Grid 1 Accent 4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vidutinistinklelis5parykinimas">
    <w:name w:val="Medium Grid 1 Accent 5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vidutinistinklelis6parykinimas">
    <w:name w:val="Medium Grid 1 Accent 6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vidutinistinklelis">
    <w:name w:val="Medium Grid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1parykinimas">
    <w:name w:val="Medium Grid 2 Accent 1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2parykinimas">
    <w:name w:val="Medium Grid 2 Accent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3parykinimas">
    <w:name w:val="Medium Grid 2 Accent 3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4parykinimas">
    <w:name w:val="Medium Grid 2 Accent 4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5parykinimas">
    <w:name w:val="Medium Grid 2 Accent 5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6parykinimas">
    <w:name w:val="Medium Grid 2 Accent 6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vidutinistinklelis">
    <w:name w:val="Medium Grid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vidutinistinklelis1parykinimas">
    <w:name w:val="Medium Grid 3 Accent 1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vidutinistinklelis2parykinimas">
    <w:name w:val="Medium Grid 3 Accent 2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vidutinistinklelis3parykinimas">
    <w:name w:val="Medium Grid 3 Accent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vidutinistinklelis4parykinimas">
    <w:name w:val="Medium Grid 3 Accent 4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vidutinistinklelis5parykinimas">
    <w:name w:val="Medium Grid 3 Accent 5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vidutinistinklelis6parykinimas">
    <w:name w:val="Medium Grid 3 Accent 6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sussraas">
    <w:name w:val="Dark List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sussraas1parykinimas">
    <w:name w:val="Dark List Accent 1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sussraas2parykinimas">
    <w:name w:val="Dark List Accent 2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sussraas3parykinimas">
    <w:name w:val="Dark List Accent 3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sussraas4parykinimas">
    <w:name w:val="Dark List Accent 4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sussraas5parykinimas">
    <w:name w:val="Dark List Accent 5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sussraas6parykinimas">
    <w:name w:val="Dark List Accent 6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palvotasspalvinimas">
    <w:name w:val="Colorful Shading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1parykinimas">
    <w:name w:val="Colorful Shading Accent 1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2parykinimas">
    <w:name w:val="Colorful Shading Accent 2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3parykinimas">
    <w:name w:val="Colorful Shading Accent 3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spalvinimas4parykinimas">
    <w:name w:val="Colorful Shading Accent 4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5parykinimas">
    <w:name w:val="Colorful Shading Accent 5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6parykinimas">
    <w:name w:val="Colorful Shading Accent 6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raas">
    <w:name w:val="Colorful List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palvotassraas1parykinimas">
    <w:name w:val="Colorful List Accent 1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palvotassraas2parykinimas">
    <w:name w:val="Colorful List Accent 2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palvotassraas3parykinimas">
    <w:name w:val="Colorful List Accent 3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palvotassraas4parykinimas">
    <w:name w:val="Colorful List Accent 4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palvotassraas5parykinimas">
    <w:name w:val="Colorful List Accent 5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palvotassraas6parykinimas">
    <w:name w:val="Colorful List Accent 6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palvotastinklelis">
    <w:name w:val="Colorful Grid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palvotastinklelis1parykinimas">
    <w:name w:val="Colorful Grid Accent 1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palvotastinklelis2parykinimas">
    <w:name w:val="Colorful Grid Accent 2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palvotastinklelis3parykinimas">
    <w:name w:val="Colorful Grid Accent 3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tinklelis4parykinimas">
    <w:name w:val="Colorful Grid Accent 4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palvotastinklelis5parykinimas">
    <w:name w:val="Colorful Grid Accent 5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palvotastinklelis6parykinimas">
    <w:name w:val="Colorful Grid Accent 6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035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DD03DF1-0EAA-404A-8C0E-9F5C5C43C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2778</Words>
  <Characters>1585</Characters>
  <Application>Microsoft Office Word</Application>
  <DocSecurity>0</DocSecurity>
  <Lines>13</Lines>
  <Paragraphs>8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4355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Adelė Kazlauskienė</cp:lastModifiedBy>
  <cp:revision>9</cp:revision>
  <dcterms:created xsi:type="dcterms:W3CDTF">2013-12-23T23:15:00Z</dcterms:created>
  <dcterms:modified xsi:type="dcterms:W3CDTF">2026-10-13T05:55:00Z</dcterms:modified>
  <cp:category/>
</cp:coreProperties>
</file>